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2974BA" w14:textId="6F92536E" w:rsidR="003E54B2" w:rsidRPr="005903E0" w:rsidRDefault="004742AB" w:rsidP="009A36DD">
      <w:pPr>
        <w:spacing w:after="0"/>
        <w:jc w:val="center"/>
        <w:rPr>
          <w:rFonts w:asciiTheme="minorBidi" w:hAnsiTheme="minorBidi"/>
          <w:sz w:val="36"/>
          <w:szCs w:val="36"/>
        </w:rPr>
      </w:pPr>
      <w:r w:rsidRPr="005903E0">
        <w:rPr>
          <w:rFonts w:asciiTheme="minorBidi" w:hAnsiTheme="minorBidi"/>
          <w:b/>
          <w:sz w:val="36"/>
          <w:szCs w:val="36"/>
        </w:rPr>
        <w:t>Roller Coaster Final Model</w:t>
      </w:r>
      <w:r w:rsidR="00B526E7">
        <w:rPr>
          <w:rFonts w:asciiTheme="minorBidi" w:hAnsiTheme="minorBidi"/>
          <w:b/>
          <w:sz w:val="36"/>
          <w:szCs w:val="36"/>
        </w:rPr>
        <w:t xml:space="preserve"> Handout</w:t>
      </w:r>
    </w:p>
    <w:p w14:paraId="2CE47B6C" w14:textId="77777777" w:rsidR="009A36DD" w:rsidRDefault="009A36DD" w:rsidP="009A36DD">
      <w:pPr>
        <w:spacing w:after="0"/>
        <w:rPr>
          <w:rFonts w:asciiTheme="minorBidi" w:hAnsiTheme="minorBidi"/>
          <w:b/>
          <w:sz w:val="22"/>
        </w:rPr>
      </w:pPr>
    </w:p>
    <w:p w14:paraId="1E1049CA" w14:textId="75039275" w:rsidR="003E54B2" w:rsidRDefault="004742AB" w:rsidP="009A36DD">
      <w:pPr>
        <w:spacing w:after="0"/>
        <w:rPr>
          <w:rFonts w:asciiTheme="minorBidi" w:hAnsiTheme="minorBidi"/>
          <w:b/>
          <w:sz w:val="22"/>
        </w:rPr>
      </w:pPr>
      <w:r w:rsidRPr="005903E0">
        <w:rPr>
          <w:rFonts w:asciiTheme="minorBidi" w:hAnsiTheme="minorBidi"/>
          <w:b/>
          <w:sz w:val="22"/>
        </w:rPr>
        <w:t xml:space="preserve">Objective: </w:t>
      </w:r>
      <w:r w:rsidR="00E82BD4">
        <w:rPr>
          <w:rFonts w:asciiTheme="minorBidi" w:hAnsiTheme="minorBidi"/>
          <w:b/>
          <w:sz w:val="22"/>
        </w:rPr>
        <w:t>To</w:t>
      </w:r>
      <w:r w:rsidRPr="005903E0">
        <w:rPr>
          <w:rFonts w:asciiTheme="minorBidi" w:hAnsiTheme="minorBidi"/>
          <w:b/>
          <w:sz w:val="22"/>
        </w:rPr>
        <w:t xml:space="preserve"> build a model of</w:t>
      </w:r>
      <w:r w:rsidR="00E82BD4">
        <w:rPr>
          <w:rFonts w:asciiTheme="minorBidi" w:hAnsiTheme="minorBidi"/>
          <w:b/>
          <w:sz w:val="22"/>
        </w:rPr>
        <w:t xml:space="preserve"> your</w:t>
      </w:r>
      <w:r w:rsidRPr="005903E0">
        <w:rPr>
          <w:rFonts w:asciiTheme="minorBidi" w:hAnsiTheme="minorBidi"/>
          <w:b/>
          <w:sz w:val="22"/>
        </w:rPr>
        <w:t xml:space="preserve"> roller coaster that shows where its potential energy comes from and how its kinetic energy changes over time, and use evidence to explain it in writing.</w:t>
      </w:r>
    </w:p>
    <w:p w14:paraId="644CE7B9" w14:textId="77777777" w:rsidR="0051498D" w:rsidRPr="005903E0" w:rsidRDefault="0051498D"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9072"/>
      </w:tblGrid>
      <w:tr w:rsidR="003E54B2" w:rsidRPr="005903E0" w14:paraId="72FA6A93" w14:textId="77777777">
        <w:tc>
          <w:tcPr>
            <w:tcW w:w="9072" w:type="dxa"/>
            <w:tcBorders>
              <w:top w:val="nil"/>
              <w:left w:val="nil"/>
              <w:bottom w:val="nil"/>
              <w:right w:val="nil"/>
            </w:tcBorders>
            <w:shd w:val="clear" w:color="auto" w:fill="23466E"/>
          </w:tcPr>
          <w:p w14:paraId="71EB8280" w14:textId="0117DB0B" w:rsidR="003E54B2" w:rsidRPr="005903E0" w:rsidRDefault="004742AB" w:rsidP="009A36DD">
            <w:pPr>
              <w:spacing w:before="40" w:after="0"/>
              <w:ind w:left="115"/>
              <w:rPr>
                <w:rFonts w:asciiTheme="minorBidi" w:hAnsiTheme="minorBidi"/>
                <w:sz w:val="22"/>
              </w:rPr>
            </w:pPr>
            <w:r w:rsidRPr="005903E0">
              <w:rPr>
                <w:rFonts w:asciiTheme="minorBidi" w:hAnsiTheme="minorBidi"/>
                <w:b/>
                <w:color w:val="FFFFFF"/>
                <w:sz w:val="22"/>
              </w:rPr>
              <w:t>Phase 1: Review Your Evidence</w:t>
            </w:r>
          </w:p>
        </w:tc>
      </w:tr>
    </w:tbl>
    <w:p w14:paraId="0BD76FD5"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3E54B2" w:rsidRPr="005903E0" w14:paraId="235FA7C5" w14:textId="77777777">
        <w:tc>
          <w:tcPr>
            <w:tcW w:w="1944" w:type="dxa"/>
            <w:tcBorders>
              <w:top w:val="nil"/>
              <w:left w:val="nil"/>
              <w:bottom w:val="nil"/>
              <w:right w:val="nil"/>
            </w:tcBorders>
            <w:shd w:val="clear" w:color="auto" w:fill="23466E"/>
            <w:vAlign w:val="center"/>
          </w:tcPr>
          <w:p w14:paraId="62E9FD8B" w14:textId="77777777" w:rsidR="003E54B2" w:rsidRPr="005903E0" w:rsidRDefault="00D907BE" w:rsidP="009A36DD">
            <w:pPr>
              <w:spacing w:before="40" w:after="0"/>
              <w:jc w:val="center"/>
              <w:rPr>
                <w:rFonts w:asciiTheme="minorBidi" w:hAnsiTheme="minorBidi"/>
                <w:sz w:val="22"/>
              </w:rPr>
            </w:pPr>
            <w:r w:rsidRPr="005903E0">
              <w:rPr>
                <w:rFonts w:asciiTheme="minorBidi" w:hAnsiTheme="minorBidi"/>
                <w:b/>
                <w:color w:val="FFFFFF"/>
                <w:sz w:val="22"/>
              </w:rPr>
              <w:t>ASK &amp; RESEARCH</w:t>
            </w:r>
          </w:p>
        </w:tc>
        <w:tc>
          <w:tcPr>
            <w:tcW w:w="7128" w:type="dxa"/>
            <w:tcBorders>
              <w:top w:val="nil"/>
              <w:left w:val="nil"/>
              <w:bottom w:val="nil"/>
              <w:right w:val="nil"/>
            </w:tcBorders>
            <w:shd w:val="clear" w:color="auto" w:fill="DCE6F1"/>
            <w:vAlign w:val="center"/>
          </w:tcPr>
          <w:p w14:paraId="45B09C0E" w14:textId="6FE96520" w:rsidR="003E54B2" w:rsidRPr="005903E0" w:rsidRDefault="004742AB" w:rsidP="009A36DD">
            <w:pPr>
              <w:spacing w:before="40" w:after="0"/>
              <w:ind w:left="115"/>
              <w:rPr>
                <w:rFonts w:asciiTheme="minorBidi" w:hAnsiTheme="minorBidi"/>
                <w:sz w:val="22"/>
              </w:rPr>
            </w:pPr>
            <w:r w:rsidRPr="005903E0">
              <w:rPr>
                <w:rFonts w:asciiTheme="minorBidi" w:hAnsiTheme="minorBidi"/>
                <w:sz w:val="22"/>
              </w:rPr>
              <w:t>What do you already know from Lesson 4? What are we building toward today?</w:t>
            </w:r>
          </w:p>
        </w:tc>
      </w:tr>
    </w:tbl>
    <w:p w14:paraId="3C851D0E" w14:textId="1AB91DD7" w:rsidR="003E54B2" w:rsidRPr="005903E0" w:rsidRDefault="006077A9" w:rsidP="009A36DD">
      <w:pPr>
        <w:spacing w:before="120" w:after="0"/>
        <w:rPr>
          <w:rFonts w:asciiTheme="minorBidi" w:hAnsiTheme="minorBidi"/>
          <w:sz w:val="22"/>
        </w:rPr>
      </w:pPr>
      <w:r>
        <w:rPr>
          <w:rFonts w:asciiTheme="minorBidi" w:hAnsiTheme="minorBidi"/>
          <w:sz w:val="22"/>
        </w:rPr>
        <w:t xml:space="preserve">Instructions: </w:t>
      </w:r>
      <w:r w:rsidR="004742AB" w:rsidRPr="005903E0">
        <w:rPr>
          <w:rFonts w:asciiTheme="minorBidi" w:hAnsiTheme="minorBidi"/>
          <w:sz w:val="22"/>
        </w:rPr>
        <w:t>Think back to your Energy Skate Park trials, where you changed height, mass, and friction.</w:t>
      </w:r>
      <w:r>
        <w:rPr>
          <w:rFonts w:asciiTheme="minorBidi" w:hAnsiTheme="minorBidi"/>
          <w:sz w:val="22"/>
        </w:rPr>
        <w:t xml:space="preserve"> Answer the following questions.</w:t>
      </w:r>
    </w:p>
    <w:p w14:paraId="59B87627" w14:textId="560938B4" w:rsidR="003E54B2" w:rsidRPr="005903E0" w:rsidRDefault="004742AB" w:rsidP="009A36DD">
      <w:pPr>
        <w:spacing w:before="120" w:after="0"/>
        <w:rPr>
          <w:rFonts w:asciiTheme="minorBidi" w:hAnsiTheme="minorBidi"/>
          <w:sz w:val="22"/>
        </w:rPr>
      </w:pPr>
      <w:r w:rsidRPr="005903E0">
        <w:rPr>
          <w:rFonts w:asciiTheme="minorBidi" w:hAnsiTheme="minorBidi"/>
          <w:b/>
          <w:sz w:val="22"/>
        </w:rPr>
        <w:t>What did your data show about where your coaster had the most potential energy? Where did it have the most kinetic energy?</w:t>
      </w:r>
    </w:p>
    <w:tbl>
      <w:tblPr>
        <w:tblW w:w="0" w:type="auto"/>
        <w:tblLayout w:type="fixed"/>
        <w:tblLook w:val="04A0" w:firstRow="1" w:lastRow="0" w:firstColumn="1" w:lastColumn="0" w:noHBand="0" w:noVBand="1"/>
      </w:tblPr>
      <w:tblGrid>
        <w:gridCol w:w="9072"/>
      </w:tblGrid>
      <w:tr w:rsidR="003E54B2" w:rsidRPr="005903E0" w14:paraId="66D0F95F" w14:textId="77777777">
        <w:trPr>
          <w:trHeight w:val="720"/>
        </w:trPr>
        <w:tc>
          <w:tcPr>
            <w:tcW w:w="9072" w:type="dxa"/>
            <w:tcBorders>
              <w:top w:val="single" w:sz="6" w:space="0" w:color="9BAAC0"/>
              <w:left w:val="single" w:sz="6" w:space="0" w:color="9BAAC0"/>
              <w:bottom w:val="single" w:sz="6" w:space="0" w:color="9BAAC0"/>
              <w:right w:val="single" w:sz="6" w:space="0" w:color="9BAAC0"/>
            </w:tcBorders>
          </w:tcPr>
          <w:p w14:paraId="2F9F55C4" w14:textId="77777777" w:rsidR="003E54B2" w:rsidRDefault="004742AB" w:rsidP="009A36DD">
            <w:pPr>
              <w:spacing w:after="0"/>
              <w:ind w:left="72"/>
              <w:rPr>
                <w:rFonts w:asciiTheme="minorBidi" w:hAnsiTheme="minorBidi"/>
                <w:sz w:val="22"/>
              </w:rPr>
            </w:pPr>
            <w:r w:rsidRPr="005903E0">
              <w:rPr>
                <w:rFonts w:asciiTheme="minorBidi" w:hAnsiTheme="minorBidi"/>
                <w:sz w:val="22"/>
              </w:rPr>
              <w:t>Most Potential Energy:                              Most Kinetic Energy:</w:t>
            </w:r>
          </w:p>
          <w:p w14:paraId="2AC21731" w14:textId="77777777" w:rsidR="009A36DD" w:rsidRDefault="009A36DD" w:rsidP="009A36DD">
            <w:pPr>
              <w:spacing w:after="0"/>
              <w:ind w:left="72"/>
              <w:rPr>
                <w:rFonts w:asciiTheme="minorBidi" w:hAnsiTheme="minorBidi"/>
                <w:sz w:val="22"/>
              </w:rPr>
            </w:pPr>
          </w:p>
          <w:p w14:paraId="75FB0E70" w14:textId="77777777" w:rsidR="009A36DD" w:rsidRDefault="009A36DD" w:rsidP="009A36DD">
            <w:pPr>
              <w:spacing w:after="0"/>
              <w:ind w:left="72"/>
              <w:rPr>
                <w:rFonts w:asciiTheme="minorBidi" w:hAnsiTheme="minorBidi"/>
                <w:sz w:val="22"/>
              </w:rPr>
            </w:pPr>
          </w:p>
          <w:p w14:paraId="4DD42632" w14:textId="77777777" w:rsidR="009A36DD" w:rsidRDefault="009A36DD" w:rsidP="009A36DD">
            <w:pPr>
              <w:spacing w:after="0"/>
              <w:ind w:left="72"/>
              <w:rPr>
                <w:rFonts w:asciiTheme="minorBidi" w:hAnsiTheme="minorBidi"/>
                <w:sz w:val="22"/>
              </w:rPr>
            </w:pPr>
          </w:p>
          <w:p w14:paraId="1499AEBB" w14:textId="08EC8026" w:rsidR="009A36DD" w:rsidRPr="005903E0" w:rsidRDefault="009A36DD" w:rsidP="009A36DD">
            <w:pPr>
              <w:spacing w:after="0"/>
              <w:ind w:left="72"/>
              <w:rPr>
                <w:rFonts w:asciiTheme="minorBidi" w:hAnsiTheme="minorBidi"/>
                <w:sz w:val="22"/>
              </w:rPr>
            </w:pPr>
          </w:p>
        </w:tc>
      </w:tr>
    </w:tbl>
    <w:p w14:paraId="79FBAF9D" w14:textId="77777777" w:rsidR="003E54B2" w:rsidRPr="005903E0" w:rsidRDefault="003E54B2" w:rsidP="009A36DD">
      <w:pPr>
        <w:spacing w:after="0"/>
        <w:rPr>
          <w:rFonts w:asciiTheme="minorBidi" w:hAnsiTheme="minorBidi"/>
          <w:sz w:val="22"/>
        </w:rPr>
      </w:pPr>
    </w:p>
    <w:p w14:paraId="478D0EC6" w14:textId="611FE840" w:rsidR="003E54B2" w:rsidRPr="005903E0" w:rsidRDefault="004742AB" w:rsidP="009A36DD">
      <w:pPr>
        <w:spacing w:before="120" w:after="0"/>
        <w:rPr>
          <w:rFonts w:asciiTheme="minorBidi" w:hAnsiTheme="minorBidi"/>
          <w:sz w:val="22"/>
        </w:rPr>
      </w:pPr>
      <w:r w:rsidRPr="005903E0">
        <w:rPr>
          <w:rFonts w:asciiTheme="minorBidi" w:hAnsiTheme="minorBidi"/>
          <w:b/>
          <w:sz w:val="22"/>
        </w:rPr>
        <w:t xml:space="preserve">You already found the answer to last </w:t>
      </w:r>
      <w:r w:rsidR="000710F8">
        <w:rPr>
          <w:rFonts w:asciiTheme="minorBidi" w:hAnsiTheme="minorBidi"/>
          <w:b/>
          <w:sz w:val="22"/>
        </w:rPr>
        <w:t>activity</w:t>
      </w:r>
      <w:r w:rsidRPr="005903E0">
        <w:rPr>
          <w:rFonts w:asciiTheme="minorBidi" w:hAnsiTheme="minorBidi"/>
          <w:b/>
          <w:sz w:val="22"/>
        </w:rPr>
        <w:t xml:space="preserve">'s mystery: </w:t>
      </w:r>
      <w:r w:rsidR="000710F8">
        <w:rPr>
          <w:rFonts w:asciiTheme="minorBidi" w:hAnsiTheme="minorBidi"/>
          <w:b/>
          <w:sz w:val="22"/>
        </w:rPr>
        <w:t>E</w:t>
      </w:r>
      <w:r w:rsidRPr="005903E0">
        <w:rPr>
          <w:rFonts w:asciiTheme="minorBidi" w:hAnsiTheme="minorBidi"/>
          <w:b/>
          <w:sz w:val="22"/>
        </w:rPr>
        <w:t>nergy doesn't disappear, it changes form, and a little always leaks out as heat due to friction.</w:t>
      </w:r>
    </w:p>
    <w:tbl>
      <w:tblPr>
        <w:tblW w:w="0" w:type="auto"/>
        <w:tblLayout w:type="fixed"/>
        <w:tblLook w:val="04A0" w:firstRow="1" w:lastRow="0" w:firstColumn="1" w:lastColumn="0" w:noHBand="0" w:noVBand="1"/>
      </w:tblPr>
      <w:tblGrid>
        <w:gridCol w:w="9072"/>
      </w:tblGrid>
      <w:tr w:rsidR="003E54B2" w:rsidRPr="005903E0" w14:paraId="0C70A63E" w14:textId="77777777">
        <w:trPr>
          <w:trHeight w:val="1008"/>
        </w:trPr>
        <w:tc>
          <w:tcPr>
            <w:tcW w:w="9072" w:type="dxa"/>
            <w:tcBorders>
              <w:top w:val="single" w:sz="6" w:space="0" w:color="9BAAC0"/>
              <w:left w:val="single" w:sz="6" w:space="0" w:color="9BAAC0"/>
              <w:bottom w:val="single" w:sz="6" w:space="0" w:color="9BAAC0"/>
              <w:right w:val="single" w:sz="6" w:space="0" w:color="9BAAC0"/>
            </w:tcBorders>
          </w:tcPr>
          <w:p w14:paraId="2D4BF097" w14:textId="74361D9D" w:rsidR="004742AB" w:rsidRDefault="004742AB" w:rsidP="009A36DD">
            <w:pPr>
              <w:spacing w:after="0"/>
              <w:rPr>
                <w:rFonts w:asciiTheme="minorBidi" w:hAnsiTheme="minorBidi"/>
                <w:sz w:val="22"/>
              </w:rPr>
            </w:pPr>
            <w:r w:rsidRPr="005903E0">
              <w:rPr>
                <w:rFonts w:asciiTheme="minorBidi" w:hAnsiTheme="minorBidi"/>
                <w:sz w:val="22"/>
              </w:rPr>
              <w:t xml:space="preserve">Quick check: What evidence from your </w:t>
            </w:r>
            <w:r w:rsidR="00E50AA4" w:rsidRPr="00BF0BF3">
              <w:rPr>
                <w:rFonts w:asciiTheme="minorBidi" w:hAnsiTheme="minorBidi"/>
                <w:sz w:val="22"/>
              </w:rPr>
              <w:t xml:space="preserve">Energy Skate Park </w:t>
            </w:r>
            <w:r w:rsidRPr="005903E0">
              <w:rPr>
                <w:rFonts w:asciiTheme="minorBidi" w:hAnsiTheme="minorBidi"/>
                <w:sz w:val="22"/>
              </w:rPr>
              <w:t>trials supports this?</w:t>
            </w:r>
          </w:p>
          <w:p w14:paraId="25459C2D" w14:textId="77777777" w:rsidR="009A36DD" w:rsidRDefault="009A36DD" w:rsidP="009A36DD">
            <w:pPr>
              <w:spacing w:after="0"/>
              <w:rPr>
                <w:rFonts w:asciiTheme="minorBidi" w:hAnsiTheme="minorBidi"/>
                <w:sz w:val="22"/>
              </w:rPr>
            </w:pPr>
          </w:p>
          <w:p w14:paraId="6145E8C5" w14:textId="77777777" w:rsidR="009A36DD" w:rsidRDefault="009A36DD" w:rsidP="009A36DD">
            <w:pPr>
              <w:spacing w:after="0"/>
              <w:rPr>
                <w:rFonts w:asciiTheme="minorBidi" w:hAnsiTheme="minorBidi"/>
                <w:sz w:val="22"/>
              </w:rPr>
            </w:pPr>
          </w:p>
          <w:p w14:paraId="592A826A" w14:textId="77777777" w:rsidR="009A36DD" w:rsidRDefault="009A36DD" w:rsidP="009A36DD">
            <w:pPr>
              <w:spacing w:after="0"/>
              <w:rPr>
                <w:rFonts w:asciiTheme="minorBidi" w:hAnsiTheme="minorBidi"/>
                <w:sz w:val="22"/>
              </w:rPr>
            </w:pPr>
          </w:p>
          <w:p w14:paraId="1EA399C7" w14:textId="77777777" w:rsidR="009A36DD" w:rsidRDefault="009A36DD" w:rsidP="009A36DD">
            <w:pPr>
              <w:spacing w:after="0"/>
              <w:rPr>
                <w:rFonts w:asciiTheme="minorBidi" w:hAnsiTheme="minorBidi"/>
                <w:sz w:val="22"/>
              </w:rPr>
            </w:pPr>
          </w:p>
          <w:p w14:paraId="4832B8AF" w14:textId="77777777" w:rsidR="009A36DD" w:rsidRDefault="009A36DD" w:rsidP="009A36DD">
            <w:pPr>
              <w:spacing w:after="0"/>
              <w:rPr>
                <w:rFonts w:asciiTheme="minorBidi" w:hAnsiTheme="minorBidi"/>
                <w:sz w:val="22"/>
              </w:rPr>
            </w:pPr>
          </w:p>
          <w:p w14:paraId="3029C367" w14:textId="77777777" w:rsidR="009A36DD" w:rsidRDefault="009A36DD" w:rsidP="009A36DD">
            <w:pPr>
              <w:spacing w:after="0"/>
              <w:rPr>
                <w:rFonts w:asciiTheme="minorBidi" w:hAnsiTheme="minorBidi"/>
                <w:sz w:val="22"/>
              </w:rPr>
            </w:pPr>
          </w:p>
          <w:p w14:paraId="097C9BC6" w14:textId="4F9F006A" w:rsidR="003E54B2" w:rsidRPr="005903E0" w:rsidRDefault="003E54B2" w:rsidP="009A36DD">
            <w:pPr>
              <w:spacing w:after="0"/>
              <w:rPr>
                <w:rFonts w:asciiTheme="minorBidi" w:hAnsiTheme="minorBidi"/>
                <w:sz w:val="22"/>
              </w:rPr>
            </w:pPr>
          </w:p>
        </w:tc>
      </w:tr>
    </w:tbl>
    <w:p w14:paraId="266DE545" w14:textId="77777777" w:rsidR="0060536F" w:rsidRPr="00BF0BF3" w:rsidRDefault="0060536F" w:rsidP="009A36DD">
      <w:pPr>
        <w:spacing w:after="0"/>
        <w:rPr>
          <w:rFonts w:asciiTheme="minorBidi" w:hAnsiTheme="minorBidi"/>
          <w:sz w:val="22"/>
        </w:rPr>
      </w:pPr>
    </w:p>
    <w:p w14:paraId="610143A2" w14:textId="035D0A8A" w:rsidR="0060536F" w:rsidRPr="00BF0BF3" w:rsidRDefault="0060536F" w:rsidP="009A36DD">
      <w:pPr>
        <w:spacing w:before="120" w:after="0"/>
        <w:rPr>
          <w:rFonts w:asciiTheme="minorBidi" w:hAnsiTheme="minorBidi"/>
          <w:sz w:val="22"/>
        </w:rPr>
      </w:pPr>
      <w:r w:rsidRPr="00BF0BF3">
        <w:rPr>
          <w:rFonts w:asciiTheme="minorBidi" w:hAnsiTheme="minorBidi"/>
          <w:sz w:val="22"/>
        </w:rPr>
        <w:t>Today you'll go further</w:t>
      </w:r>
      <w:r w:rsidR="00280712">
        <w:rPr>
          <w:rFonts w:asciiTheme="minorBidi" w:hAnsiTheme="minorBidi"/>
          <w:sz w:val="22"/>
        </w:rPr>
        <w:t xml:space="preserve"> by </w:t>
      </w:r>
      <w:r w:rsidRPr="00BF0BF3">
        <w:rPr>
          <w:rFonts w:asciiTheme="minorBidi" w:hAnsiTheme="minorBidi"/>
          <w:sz w:val="22"/>
        </w:rPr>
        <w:t>build</w:t>
      </w:r>
      <w:r w:rsidR="00280712">
        <w:rPr>
          <w:rFonts w:asciiTheme="minorBidi" w:hAnsiTheme="minorBidi"/>
          <w:sz w:val="22"/>
        </w:rPr>
        <w:t>ing</w:t>
      </w:r>
      <w:r w:rsidRPr="00BF0BF3">
        <w:rPr>
          <w:rFonts w:asciiTheme="minorBidi" w:hAnsiTheme="minorBidi"/>
          <w:sz w:val="22"/>
        </w:rPr>
        <w:t xml:space="preserve"> a model that shows exactly where your car's potential energy comes from and how its kinetic energy changes as it moves, using your own coaster as evidence. Gather:</w:t>
      </w:r>
    </w:p>
    <w:p w14:paraId="088C8734" w14:textId="6501D356" w:rsidR="0060536F" w:rsidRPr="00BF0BF3" w:rsidRDefault="004C1CEB" w:rsidP="009A36DD">
      <w:pPr>
        <w:pStyle w:val="ListBullet"/>
        <w:spacing w:after="0"/>
        <w:rPr>
          <w:rFonts w:asciiTheme="minorBidi" w:hAnsiTheme="minorBidi"/>
          <w:sz w:val="22"/>
        </w:rPr>
      </w:pPr>
      <w:r>
        <w:rPr>
          <w:rFonts w:asciiTheme="minorBidi" w:hAnsiTheme="minorBidi"/>
          <w:sz w:val="22"/>
        </w:rPr>
        <w:t>Your</w:t>
      </w:r>
      <w:r w:rsidR="0060536F" w:rsidRPr="00BF0BF3">
        <w:rPr>
          <w:rFonts w:asciiTheme="minorBidi" w:hAnsiTheme="minorBidi"/>
          <w:sz w:val="22"/>
        </w:rPr>
        <w:t xml:space="preserve"> team's original paper roller coaster</w:t>
      </w:r>
      <w:r w:rsidR="0060536F">
        <w:rPr>
          <w:rFonts w:asciiTheme="minorBidi" w:hAnsiTheme="minorBidi"/>
          <w:sz w:val="22"/>
        </w:rPr>
        <w:t>.</w:t>
      </w:r>
    </w:p>
    <w:p w14:paraId="122B9835" w14:textId="77777777" w:rsidR="0060536F" w:rsidRPr="00BF0BF3" w:rsidRDefault="0060536F" w:rsidP="009A36DD">
      <w:pPr>
        <w:pStyle w:val="ListBullet"/>
        <w:spacing w:after="0"/>
        <w:rPr>
          <w:rFonts w:asciiTheme="minorBidi" w:hAnsiTheme="minorBidi"/>
          <w:sz w:val="22"/>
        </w:rPr>
      </w:pPr>
      <w:r w:rsidRPr="00BF0BF3">
        <w:rPr>
          <w:rFonts w:asciiTheme="minorBidi" w:hAnsiTheme="minorBidi"/>
          <w:sz w:val="22"/>
        </w:rPr>
        <w:t>Your data notes or screenshots from the Energy Skate Park simulation.</w:t>
      </w:r>
    </w:p>
    <w:p w14:paraId="2D7AD337" w14:textId="77777777" w:rsidR="0060536F" w:rsidRDefault="0060536F" w:rsidP="009A36DD">
      <w:pPr>
        <w:pStyle w:val="ListBullet"/>
        <w:spacing w:after="0"/>
        <w:rPr>
          <w:rFonts w:asciiTheme="minorBidi" w:hAnsiTheme="minorBidi"/>
          <w:sz w:val="22"/>
        </w:rPr>
      </w:pPr>
      <w:r w:rsidRPr="00BF0BF3">
        <w:rPr>
          <w:rFonts w:asciiTheme="minorBidi" w:hAnsiTheme="minorBidi"/>
          <w:sz w:val="22"/>
        </w:rPr>
        <w:t>Poster paper or a whiteboard, plus markers in at least two colors.</w:t>
      </w:r>
    </w:p>
    <w:p w14:paraId="457C7F32" w14:textId="77777777" w:rsidR="0060536F" w:rsidRDefault="0060536F" w:rsidP="009A36DD">
      <w:pPr>
        <w:pStyle w:val="ListBullet"/>
        <w:numPr>
          <w:ilvl w:val="0"/>
          <w:numId w:val="0"/>
        </w:numPr>
        <w:spacing w:after="0"/>
        <w:ind w:left="360" w:hanging="360"/>
        <w:rPr>
          <w:rFonts w:asciiTheme="minorBidi" w:hAnsiTheme="minorBidi"/>
          <w:sz w:val="22"/>
        </w:rPr>
      </w:pPr>
    </w:p>
    <w:p w14:paraId="3225CE77" w14:textId="77777777" w:rsidR="0060536F" w:rsidRDefault="0060536F" w:rsidP="009A36DD">
      <w:pPr>
        <w:pStyle w:val="ListBullet"/>
        <w:numPr>
          <w:ilvl w:val="0"/>
          <w:numId w:val="0"/>
        </w:numPr>
        <w:spacing w:after="0"/>
        <w:ind w:left="360" w:hanging="360"/>
        <w:rPr>
          <w:rFonts w:asciiTheme="minorBidi" w:hAnsiTheme="minorBidi"/>
          <w:sz w:val="22"/>
        </w:rPr>
      </w:pPr>
    </w:p>
    <w:p w14:paraId="7B86F124" w14:textId="77777777" w:rsidR="0060536F" w:rsidRDefault="0060536F" w:rsidP="009A36DD">
      <w:pPr>
        <w:pStyle w:val="ListBullet"/>
        <w:numPr>
          <w:ilvl w:val="0"/>
          <w:numId w:val="0"/>
        </w:numPr>
        <w:spacing w:after="0"/>
        <w:ind w:left="360" w:hanging="360"/>
        <w:rPr>
          <w:rFonts w:asciiTheme="minorBidi" w:hAnsiTheme="minorBidi"/>
          <w:sz w:val="22"/>
        </w:rPr>
      </w:pPr>
    </w:p>
    <w:tbl>
      <w:tblPr>
        <w:tblW w:w="0" w:type="auto"/>
        <w:tblLayout w:type="fixed"/>
        <w:tblLook w:val="04A0" w:firstRow="1" w:lastRow="0" w:firstColumn="1" w:lastColumn="0" w:noHBand="0" w:noVBand="1"/>
      </w:tblPr>
      <w:tblGrid>
        <w:gridCol w:w="9072"/>
      </w:tblGrid>
      <w:tr w:rsidR="003E54B2" w:rsidRPr="005903E0" w14:paraId="0EA04386" w14:textId="77777777">
        <w:tc>
          <w:tcPr>
            <w:tcW w:w="9072" w:type="dxa"/>
            <w:tcBorders>
              <w:top w:val="nil"/>
              <w:left w:val="nil"/>
              <w:bottom w:val="nil"/>
              <w:right w:val="nil"/>
            </w:tcBorders>
            <w:shd w:val="clear" w:color="auto" w:fill="23466E"/>
          </w:tcPr>
          <w:p w14:paraId="73012974" w14:textId="0948755F" w:rsidR="003E54B2" w:rsidRPr="005903E0" w:rsidRDefault="004742AB" w:rsidP="009A36DD">
            <w:pPr>
              <w:spacing w:before="40" w:after="0"/>
              <w:ind w:left="115"/>
              <w:rPr>
                <w:rFonts w:asciiTheme="minorBidi" w:hAnsiTheme="minorBidi"/>
                <w:sz w:val="22"/>
              </w:rPr>
            </w:pPr>
            <w:r w:rsidRPr="005903E0">
              <w:rPr>
                <w:rFonts w:asciiTheme="minorBidi" w:hAnsiTheme="minorBidi"/>
                <w:b/>
                <w:color w:val="FFFFFF"/>
                <w:sz w:val="22"/>
              </w:rPr>
              <w:lastRenderedPageBreak/>
              <w:t>Phase 2: Build Your Model</w:t>
            </w:r>
          </w:p>
        </w:tc>
      </w:tr>
    </w:tbl>
    <w:p w14:paraId="354B333D"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9072"/>
      </w:tblGrid>
      <w:tr w:rsidR="003E54B2" w:rsidRPr="005903E0" w14:paraId="1C5F65FB" w14:textId="77777777">
        <w:tc>
          <w:tcPr>
            <w:tcW w:w="9072" w:type="dxa"/>
            <w:tcBorders>
              <w:top w:val="single" w:sz="6" w:space="0" w:color="9BAAC0"/>
              <w:left w:val="single" w:sz="6" w:space="0" w:color="9BAAC0"/>
              <w:bottom w:val="single" w:sz="6" w:space="0" w:color="9BAAC0"/>
              <w:right w:val="single" w:sz="6" w:space="0" w:color="9BAAC0"/>
            </w:tcBorders>
            <w:shd w:val="clear" w:color="auto" w:fill="DCE6F1"/>
          </w:tcPr>
          <w:p w14:paraId="20F9708C" w14:textId="529E97A7" w:rsidR="003E54B2" w:rsidRPr="005903E0" w:rsidRDefault="00E56AC1" w:rsidP="009A36DD">
            <w:pPr>
              <w:spacing w:before="60" w:after="0"/>
              <w:ind w:left="115"/>
              <w:rPr>
                <w:rFonts w:asciiTheme="minorBidi" w:hAnsiTheme="minorBidi"/>
                <w:sz w:val="22"/>
              </w:rPr>
            </w:pPr>
            <w:r w:rsidRPr="00BF0BF3">
              <w:rPr>
                <w:rFonts w:ascii="Segoe UI Emoji" w:hAnsi="Segoe UI Emoji" w:cs="Segoe UI Emoji"/>
                <w:b/>
                <w:sz w:val="22"/>
              </w:rPr>
              <w:t>⭐</w:t>
            </w:r>
            <w:r w:rsidRPr="00BF0BF3">
              <w:rPr>
                <w:rFonts w:asciiTheme="minorBidi" w:hAnsiTheme="minorBidi"/>
                <w:b/>
                <w:sz w:val="22"/>
              </w:rPr>
              <w:t xml:space="preserve"> Your Challenge: Build a labeled model of your roller coaster that shows where potential energy comes from, how kinetic energy changes as the car moves, and where both are at their maximum</w:t>
            </w:r>
            <w:r>
              <w:rPr>
                <w:rFonts w:asciiTheme="minorBidi" w:hAnsiTheme="minorBidi"/>
                <w:b/>
                <w:sz w:val="22"/>
              </w:rPr>
              <w:t xml:space="preserve"> and</w:t>
            </w:r>
            <w:r w:rsidRPr="00BF0BF3">
              <w:rPr>
                <w:rFonts w:asciiTheme="minorBidi" w:hAnsiTheme="minorBidi"/>
                <w:b/>
                <w:sz w:val="22"/>
              </w:rPr>
              <w:t xml:space="preserve"> then explain it in writing using eight specific vocabulary words.</w:t>
            </w:r>
          </w:p>
        </w:tc>
      </w:tr>
    </w:tbl>
    <w:p w14:paraId="12D80DBA"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3E54B2" w:rsidRPr="005903E0" w14:paraId="52FABC8C" w14:textId="77777777">
        <w:tc>
          <w:tcPr>
            <w:tcW w:w="1944" w:type="dxa"/>
            <w:tcBorders>
              <w:top w:val="nil"/>
              <w:left w:val="nil"/>
              <w:bottom w:val="nil"/>
              <w:right w:val="nil"/>
            </w:tcBorders>
            <w:shd w:val="clear" w:color="auto" w:fill="23466E"/>
            <w:vAlign w:val="center"/>
          </w:tcPr>
          <w:p w14:paraId="05934D40" w14:textId="77777777" w:rsidR="003E54B2" w:rsidRPr="005903E0" w:rsidRDefault="00D907BE" w:rsidP="009A36DD">
            <w:pPr>
              <w:spacing w:before="40" w:after="0"/>
              <w:jc w:val="center"/>
              <w:rPr>
                <w:rFonts w:asciiTheme="minorBidi" w:hAnsiTheme="minorBidi"/>
                <w:sz w:val="22"/>
              </w:rPr>
            </w:pPr>
            <w:r w:rsidRPr="005903E0">
              <w:rPr>
                <w:rFonts w:asciiTheme="minorBidi" w:hAnsiTheme="minorBidi"/>
                <w:b/>
                <w:color w:val="FFFFFF"/>
                <w:sz w:val="22"/>
              </w:rPr>
              <w:t>PLAN</w:t>
            </w:r>
          </w:p>
        </w:tc>
        <w:tc>
          <w:tcPr>
            <w:tcW w:w="7128" w:type="dxa"/>
            <w:tcBorders>
              <w:top w:val="nil"/>
              <w:left w:val="nil"/>
              <w:bottom w:val="nil"/>
              <w:right w:val="nil"/>
            </w:tcBorders>
            <w:shd w:val="clear" w:color="auto" w:fill="DCE6F1"/>
            <w:vAlign w:val="center"/>
          </w:tcPr>
          <w:p w14:paraId="7F0737F5" w14:textId="1E2E26BB" w:rsidR="003E54B2" w:rsidRPr="005903E0" w:rsidRDefault="004742AB" w:rsidP="009A36DD">
            <w:pPr>
              <w:spacing w:before="40" w:after="0"/>
              <w:ind w:left="115"/>
              <w:rPr>
                <w:rFonts w:asciiTheme="minorBidi" w:hAnsiTheme="minorBidi"/>
                <w:sz w:val="22"/>
              </w:rPr>
            </w:pPr>
            <w:r w:rsidRPr="005903E0">
              <w:rPr>
                <w:rFonts w:asciiTheme="minorBidi" w:hAnsiTheme="minorBidi"/>
                <w:sz w:val="22"/>
              </w:rPr>
              <w:t>Decide with the team how you'll divide the work: who traces the track, who labels components, who marks the energy points.</w:t>
            </w:r>
          </w:p>
        </w:tc>
      </w:tr>
    </w:tbl>
    <w:p w14:paraId="02BE8E46" w14:textId="29F4A77A" w:rsidR="003E54B2" w:rsidRPr="005903E0" w:rsidRDefault="004742AB" w:rsidP="009A36DD">
      <w:pPr>
        <w:spacing w:before="120" w:after="0"/>
        <w:rPr>
          <w:rFonts w:asciiTheme="minorBidi" w:hAnsiTheme="minorBidi"/>
          <w:sz w:val="22"/>
        </w:rPr>
      </w:pPr>
      <w:r w:rsidRPr="005903E0">
        <w:rPr>
          <w:rFonts w:asciiTheme="minorBidi" w:hAnsiTheme="minorBidi"/>
          <w:b/>
          <w:sz w:val="22"/>
        </w:rPr>
        <w:t>You will label at least three points on your track (</w:t>
      </w:r>
      <w:r w:rsidR="002F7A96">
        <w:rPr>
          <w:rFonts w:asciiTheme="minorBidi" w:hAnsiTheme="minorBidi"/>
          <w:b/>
          <w:sz w:val="22"/>
        </w:rPr>
        <w:t>for example</w:t>
      </w:r>
      <w:r w:rsidRPr="005903E0">
        <w:rPr>
          <w:rFonts w:asciiTheme="minorBidi" w:hAnsiTheme="minorBidi"/>
          <w:b/>
          <w:sz w:val="22"/>
        </w:rPr>
        <w:t xml:space="preserve">, A, B, C). At each point, decide: </w:t>
      </w:r>
      <w:r w:rsidR="009F28DA">
        <w:rPr>
          <w:rFonts w:asciiTheme="minorBidi" w:hAnsiTheme="minorBidi"/>
          <w:b/>
          <w:sz w:val="22"/>
        </w:rPr>
        <w:t>I</w:t>
      </w:r>
      <w:r w:rsidRPr="005903E0">
        <w:rPr>
          <w:rFonts w:asciiTheme="minorBidi" w:hAnsiTheme="minorBidi"/>
          <w:b/>
          <w:sz w:val="22"/>
        </w:rPr>
        <w:t>s the car at its fastest, or does it have the most stored energy?</w:t>
      </w:r>
    </w:p>
    <w:tbl>
      <w:tblPr>
        <w:tblW w:w="0" w:type="auto"/>
        <w:tblLayout w:type="fixed"/>
        <w:tblLook w:val="04A0" w:firstRow="1" w:lastRow="0" w:firstColumn="1" w:lastColumn="0" w:noHBand="0" w:noVBand="1"/>
      </w:tblPr>
      <w:tblGrid>
        <w:gridCol w:w="9072"/>
      </w:tblGrid>
      <w:tr w:rsidR="003E54B2" w:rsidRPr="005903E0" w14:paraId="2BD38818" w14:textId="77777777">
        <w:trPr>
          <w:trHeight w:val="864"/>
        </w:trPr>
        <w:tc>
          <w:tcPr>
            <w:tcW w:w="9072" w:type="dxa"/>
            <w:tcBorders>
              <w:top w:val="single" w:sz="6" w:space="0" w:color="9BAAC0"/>
              <w:left w:val="single" w:sz="6" w:space="0" w:color="9BAAC0"/>
              <w:bottom w:val="single" w:sz="6" w:space="0" w:color="9BAAC0"/>
              <w:right w:val="single" w:sz="6" w:space="0" w:color="9BAAC0"/>
            </w:tcBorders>
          </w:tcPr>
          <w:p w14:paraId="080CCD21" w14:textId="77777777" w:rsidR="003E54B2" w:rsidRDefault="003E54B2" w:rsidP="009A36DD">
            <w:pPr>
              <w:spacing w:after="0"/>
              <w:rPr>
                <w:rFonts w:asciiTheme="minorBidi" w:hAnsiTheme="minorBidi"/>
                <w:sz w:val="22"/>
              </w:rPr>
            </w:pPr>
          </w:p>
          <w:p w14:paraId="47548DF0" w14:textId="77777777" w:rsidR="00FD7ADB" w:rsidRDefault="00FD7ADB" w:rsidP="009A36DD">
            <w:pPr>
              <w:spacing w:after="0"/>
              <w:rPr>
                <w:rFonts w:asciiTheme="minorBidi" w:hAnsiTheme="minorBidi"/>
                <w:sz w:val="22"/>
              </w:rPr>
            </w:pPr>
          </w:p>
          <w:p w14:paraId="5A710A0B" w14:textId="77777777" w:rsidR="00FD7ADB" w:rsidRDefault="00FD7ADB" w:rsidP="009A36DD">
            <w:pPr>
              <w:spacing w:after="0"/>
              <w:rPr>
                <w:rFonts w:asciiTheme="minorBidi" w:hAnsiTheme="minorBidi"/>
                <w:sz w:val="22"/>
              </w:rPr>
            </w:pPr>
          </w:p>
          <w:p w14:paraId="044E1655" w14:textId="77777777" w:rsidR="00FD7ADB" w:rsidRDefault="00FD7ADB" w:rsidP="009A36DD">
            <w:pPr>
              <w:spacing w:after="0"/>
              <w:rPr>
                <w:rFonts w:asciiTheme="minorBidi" w:hAnsiTheme="minorBidi"/>
                <w:sz w:val="22"/>
              </w:rPr>
            </w:pPr>
          </w:p>
          <w:p w14:paraId="29468499" w14:textId="77777777" w:rsidR="00FD7ADB" w:rsidRDefault="00FD7ADB" w:rsidP="009A36DD">
            <w:pPr>
              <w:spacing w:after="0"/>
              <w:rPr>
                <w:rFonts w:asciiTheme="minorBidi" w:hAnsiTheme="minorBidi"/>
                <w:sz w:val="22"/>
              </w:rPr>
            </w:pPr>
          </w:p>
          <w:p w14:paraId="376FD2D3" w14:textId="77777777" w:rsidR="00FD7ADB" w:rsidRDefault="00FD7ADB" w:rsidP="009A36DD">
            <w:pPr>
              <w:spacing w:after="0"/>
              <w:rPr>
                <w:rFonts w:asciiTheme="minorBidi" w:hAnsiTheme="minorBidi"/>
                <w:sz w:val="22"/>
              </w:rPr>
            </w:pPr>
          </w:p>
          <w:p w14:paraId="56E1ADF6" w14:textId="77777777" w:rsidR="00FD7ADB" w:rsidRDefault="00FD7ADB" w:rsidP="009A36DD">
            <w:pPr>
              <w:spacing w:after="0"/>
              <w:rPr>
                <w:rFonts w:asciiTheme="minorBidi" w:hAnsiTheme="minorBidi"/>
                <w:sz w:val="22"/>
              </w:rPr>
            </w:pPr>
          </w:p>
          <w:p w14:paraId="469F3740" w14:textId="77777777" w:rsidR="00FD7ADB" w:rsidRDefault="00FD7ADB" w:rsidP="009A36DD">
            <w:pPr>
              <w:spacing w:after="0"/>
              <w:rPr>
                <w:rFonts w:asciiTheme="minorBidi" w:hAnsiTheme="minorBidi"/>
                <w:sz w:val="22"/>
              </w:rPr>
            </w:pPr>
          </w:p>
          <w:p w14:paraId="4E9A8007" w14:textId="77777777" w:rsidR="00FD7ADB" w:rsidRDefault="00FD7ADB" w:rsidP="009A36DD">
            <w:pPr>
              <w:spacing w:after="0"/>
              <w:rPr>
                <w:rFonts w:asciiTheme="minorBidi" w:hAnsiTheme="minorBidi"/>
                <w:sz w:val="22"/>
              </w:rPr>
            </w:pPr>
          </w:p>
          <w:p w14:paraId="4709500D" w14:textId="77777777" w:rsidR="00FD7ADB" w:rsidRDefault="00FD7ADB" w:rsidP="009A36DD">
            <w:pPr>
              <w:spacing w:after="0"/>
              <w:rPr>
                <w:rFonts w:asciiTheme="minorBidi" w:hAnsiTheme="minorBidi"/>
                <w:sz w:val="22"/>
              </w:rPr>
            </w:pPr>
          </w:p>
          <w:p w14:paraId="760DEA4B" w14:textId="77777777" w:rsidR="00FD7ADB" w:rsidRDefault="00FD7ADB" w:rsidP="009A36DD">
            <w:pPr>
              <w:spacing w:after="0"/>
              <w:rPr>
                <w:rFonts w:asciiTheme="minorBidi" w:hAnsiTheme="minorBidi"/>
                <w:sz w:val="22"/>
              </w:rPr>
            </w:pPr>
          </w:p>
          <w:p w14:paraId="19B7245F" w14:textId="77777777" w:rsidR="00FD7ADB" w:rsidRDefault="00FD7ADB" w:rsidP="009A36DD">
            <w:pPr>
              <w:spacing w:after="0"/>
              <w:rPr>
                <w:rFonts w:asciiTheme="minorBidi" w:hAnsiTheme="minorBidi"/>
                <w:sz w:val="22"/>
              </w:rPr>
            </w:pPr>
          </w:p>
          <w:p w14:paraId="363F2DCC" w14:textId="77777777" w:rsidR="00FD7ADB" w:rsidRDefault="00FD7ADB" w:rsidP="009A36DD">
            <w:pPr>
              <w:spacing w:after="0"/>
              <w:rPr>
                <w:rFonts w:asciiTheme="minorBidi" w:hAnsiTheme="minorBidi"/>
                <w:sz w:val="22"/>
              </w:rPr>
            </w:pPr>
          </w:p>
          <w:p w14:paraId="3AC08F0B" w14:textId="77777777" w:rsidR="00FD7ADB" w:rsidRDefault="00FD7ADB" w:rsidP="009A36DD">
            <w:pPr>
              <w:spacing w:after="0"/>
              <w:rPr>
                <w:rFonts w:asciiTheme="minorBidi" w:hAnsiTheme="minorBidi"/>
                <w:sz w:val="22"/>
              </w:rPr>
            </w:pPr>
          </w:p>
          <w:p w14:paraId="54E34288" w14:textId="77777777" w:rsidR="009A36DD" w:rsidRDefault="009A36DD" w:rsidP="009A36DD">
            <w:pPr>
              <w:spacing w:after="0"/>
              <w:rPr>
                <w:rFonts w:asciiTheme="minorBidi" w:hAnsiTheme="minorBidi"/>
                <w:sz w:val="22"/>
              </w:rPr>
            </w:pPr>
          </w:p>
          <w:p w14:paraId="12F0AE18" w14:textId="77777777" w:rsidR="009A36DD" w:rsidRDefault="009A36DD" w:rsidP="009A36DD">
            <w:pPr>
              <w:spacing w:after="0"/>
              <w:rPr>
                <w:rFonts w:asciiTheme="minorBidi" w:hAnsiTheme="minorBidi"/>
                <w:sz w:val="22"/>
              </w:rPr>
            </w:pPr>
          </w:p>
          <w:p w14:paraId="07539AF3" w14:textId="77777777" w:rsidR="00046565" w:rsidRDefault="00046565" w:rsidP="009A36DD">
            <w:pPr>
              <w:spacing w:after="0"/>
              <w:rPr>
                <w:rFonts w:asciiTheme="minorBidi" w:hAnsiTheme="minorBidi"/>
                <w:sz w:val="22"/>
              </w:rPr>
            </w:pPr>
          </w:p>
          <w:p w14:paraId="3D9C7F7E" w14:textId="77777777" w:rsidR="009A36DD" w:rsidRDefault="009A36DD" w:rsidP="009A36DD">
            <w:pPr>
              <w:spacing w:after="0"/>
              <w:rPr>
                <w:rFonts w:asciiTheme="minorBidi" w:hAnsiTheme="minorBidi"/>
                <w:sz w:val="22"/>
              </w:rPr>
            </w:pPr>
          </w:p>
          <w:p w14:paraId="5294E6CC" w14:textId="77777777" w:rsidR="009A36DD" w:rsidRDefault="009A36DD" w:rsidP="009A36DD">
            <w:pPr>
              <w:spacing w:after="0"/>
              <w:rPr>
                <w:rFonts w:asciiTheme="minorBidi" w:hAnsiTheme="minorBidi"/>
                <w:sz w:val="22"/>
              </w:rPr>
            </w:pPr>
          </w:p>
          <w:p w14:paraId="4C391DCF" w14:textId="77777777" w:rsidR="009A36DD" w:rsidRDefault="009A36DD" w:rsidP="009A36DD">
            <w:pPr>
              <w:spacing w:after="0"/>
              <w:rPr>
                <w:rFonts w:asciiTheme="minorBidi" w:hAnsiTheme="minorBidi"/>
                <w:sz w:val="22"/>
              </w:rPr>
            </w:pPr>
          </w:p>
          <w:p w14:paraId="23DD535C" w14:textId="77777777" w:rsidR="009A36DD" w:rsidRDefault="009A36DD" w:rsidP="009A36DD">
            <w:pPr>
              <w:spacing w:after="0"/>
              <w:rPr>
                <w:rFonts w:asciiTheme="minorBidi" w:hAnsiTheme="minorBidi"/>
                <w:sz w:val="22"/>
              </w:rPr>
            </w:pPr>
          </w:p>
          <w:p w14:paraId="5E887D1F" w14:textId="77777777" w:rsidR="009A36DD" w:rsidRDefault="009A36DD" w:rsidP="009A36DD">
            <w:pPr>
              <w:spacing w:after="0"/>
              <w:rPr>
                <w:rFonts w:asciiTheme="minorBidi" w:hAnsiTheme="minorBidi"/>
                <w:sz w:val="22"/>
              </w:rPr>
            </w:pPr>
          </w:p>
          <w:p w14:paraId="4C1A63B3" w14:textId="77777777" w:rsidR="009A36DD" w:rsidRDefault="009A36DD" w:rsidP="009A36DD">
            <w:pPr>
              <w:spacing w:after="0"/>
              <w:rPr>
                <w:rFonts w:asciiTheme="minorBidi" w:hAnsiTheme="minorBidi"/>
                <w:sz w:val="22"/>
              </w:rPr>
            </w:pPr>
          </w:p>
          <w:p w14:paraId="762A7F17" w14:textId="77777777" w:rsidR="009A36DD" w:rsidRDefault="009A36DD" w:rsidP="009A36DD">
            <w:pPr>
              <w:spacing w:after="0"/>
              <w:rPr>
                <w:rFonts w:asciiTheme="minorBidi" w:hAnsiTheme="minorBidi"/>
                <w:sz w:val="22"/>
              </w:rPr>
            </w:pPr>
          </w:p>
          <w:p w14:paraId="4A255551" w14:textId="77777777" w:rsidR="009A36DD" w:rsidRDefault="009A36DD" w:rsidP="009A36DD">
            <w:pPr>
              <w:spacing w:after="0"/>
              <w:rPr>
                <w:rFonts w:asciiTheme="minorBidi" w:hAnsiTheme="minorBidi"/>
                <w:sz w:val="22"/>
              </w:rPr>
            </w:pPr>
          </w:p>
          <w:p w14:paraId="5928DB20" w14:textId="77777777" w:rsidR="009A36DD" w:rsidRDefault="009A36DD" w:rsidP="009A36DD">
            <w:pPr>
              <w:spacing w:after="0"/>
              <w:rPr>
                <w:rFonts w:asciiTheme="minorBidi" w:hAnsiTheme="minorBidi"/>
                <w:sz w:val="22"/>
              </w:rPr>
            </w:pPr>
          </w:p>
          <w:p w14:paraId="22074587" w14:textId="77777777" w:rsidR="009A36DD" w:rsidRDefault="009A36DD" w:rsidP="009A36DD">
            <w:pPr>
              <w:spacing w:after="0"/>
              <w:rPr>
                <w:rFonts w:asciiTheme="minorBidi" w:hAnsiTheme="minorBidi"/>
                <w:sz w:val="22"/>
              </w:rPr>
            </w:pPr>
          </w:p>
          <w:p w14:paraId="136A1DC5" w14:textId="77777777" w:rsidR="00FD7ADB" w:rsidRDefault="00FD7ADB" w:rsidP="009A36DD">
            <w:pPr>
              <w:spacing w:after="0"/>
              <w:rPr>
                <w:rFonts w:asciiTheme="minorBidi" w:hAnsiTheme="minorBidi"/>
                <w:sz w:val="22"/>
              </w:rPr>
            </w:pPr>
          </w:p>
          <w:p w14:paraId="6364C482" w14:textId="77777777" w:rsidR="00FD7ADB" w:rsidRPr="005903E0" w:rsidRDefault="00FD7ADB" w:rsidP="009A36DD">
            <w:pPr>
              <w:spacing w:after="0"/>
              <w:rPr>
                <w:rFonts w:asciiTheme="minorBidi" w:hAnsiTheme="minorBidi"/>
                <w:sz w:val="22"/>
              </w:rPr>
            </w:pPr>
          </w:p>
        </w:tc>
      </w:tr>
    </w:tbl>
    <w:p w14:paraId="6D18DB88"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3E54B2" w:rsidRPr="005903E0" w14:paraId="65292AF9" w14:textId="77777777">
        <w:tc>
          <w:tcPr>
            <w:tcW w:w="1944" w:type="dxa"/>
            <w:tcBorders>
              <w:top w:val="nil"/>
              <w:left w:val="nil"/>
              <w:bottom w:val="nil"/>
              <w:right w:val="nil"/>
            </w:tcBorders>
            <w:shd w:val="clear" w:color="auto" w:fill="23466E"/>
            <w:vAlign w:val="center"/>
          </w:tcPr>
          <w:p w14:paraId="6DAACFF0" w14:textId="5C9FCFD7" w:rsidR="003E54B2" w:rsidRPr="005903E0" w:rsidRDefault="004742AB" w:rsidP="009A36DD">
            <w:pPr>
              <w:spacing w:before="40" w:after="0"/>
              <w:jc w:val="center"/>
              <w:rPr>
                <w:rFonts w:asciiTheme="minorBidi" w:hAnsiTheme="minorBidi"/>
                <w:sz w:val="22"/>
              </w:rPr>
            </w:pPr>
            <w:r w:rsidRPr="005903E0">
              <w:rPr>
                <w:rFonts w:asciiTheme="minorBidi" w:hAnsiTheme="minorBidi"/>
                <w:b/>
                <w:color w:val="FFFFFF"/>
                <w:sz w:val="22"/>
              </w:rPr>
              <w:lastRenderedPageBreak/>
              <w:t>CREATE</w:t>
            </w:r>
          </w:p>
        </w:tc>
        <w:tc>
          <w:tcPr>
            <w:tcW w:w="7128" w:type="dxa"/>
            <w:tcBorders>
              <w:top w:val="nil"/>
              <w:left w:val="nil"/>
              <w:bottom w:val="nil"/>
              <w:right w:val="nil"/>
            </w:tcBorders>
            <w:shd w:val="clear" w:color="auto" w:fill="DCE6F1"/>
            <w:vAlign w:val="center"/>
          </w:tcPr>
          <w:p w14:paraId="4CF81ACE" w14:textId="5134CBA8" w:rsidR="003E54B2" w:rsidRPr="005903E0" w:rsidRDefault="004742AB" w:rsidP="009A36DD">
            <w:pPr>
              <w:spacing w:before="40" w:after="0"/>
              <w:ind w:left="115"/>
              <w:rPr>
                <w:rFonts w:asciiTheme="minorBidi" w:hAnsiTheme="minorBidi"/>
                <w:sz w:val="22"/>
              </w:rPr>
            </w:pPr>
            <w:r w:rsidRPr="005903E0">
              <w:rPr>
                <w:rFonts w:asciiTheme="minorBidi" w:hAnsiTheme="minorBidi"/>
                <w:sz w:val="22"/>
              </w:rPr>
              <w:t>Build your labeled model, then check it against the criteria below.</w:t>
            </w:r>
          </w:p>
        </w:tc>
      </w:tr>
    </w:tbl>
    <w:p w14:paraId="18D56F45" w14:textId="4C8B60D3" w:rsidR="003E54B2" w:rsidRPr="005903E0" w:rsidRDefault="004742AB" w:rsidP="009A36DD">
      <w:pPr>
        <w:spacing w:before="120" w:after="0"/>
        <w:rPr>
          <w:rFonts w:asciiTheme="minorBidi" w:hAnsiTheme="minorBidi"/>
          <w:sz w:val="22"/>
        </w:rPr>
      </w:pPr>
      <w:r w:rsidRPr="005903E0">
        <w:rPr>
          <w:rFonts w:asciiTheme="minorBidi" w:hAnsiTheme="minorBidi"/>
          <w:b/>
          <w:sz w:val="22"/>
        </w:rPr>
        <w:t>Sketch or photograph the team's labeled model, and paste or attach it in the box below.</w:t>
      </w:r>
    </w:p>
    <w:tbl>
      <w:tblPr>
        <w:tblW w:w="0" w:type="auto"/>
        <w:tblLayout w:type="fixed"/>
        <w:tblLook w:val="04A0" w:firstRow="1" w:lastRow="0" w:firstColumn="1" w:lastColumn="0" w:noHBand="0" w:noVBand="1"/>
      </w:tblPr>
      <w:tblGrid>
        <w:gridCol w:w="9072"/>
      </w:tblGrid>
      <w:tr w:rsidR="003E54B2" w:rsidRPr="005903E0" w14:paraId="45C1FE48" w14:textId="77777777">
        <w:trPr>
          <w:trHeight w:val="5760"/>
        </w:trPr>
        <w:tc>
          <w:tcPr>
            <w:tcW w:w="9072" w:type="dxa"/>
            <w:tcBorders>
              <w:top w:val="single" w:sz="6" w:space="0" w:color="9BAAC0"/>
              <w:left w:val="single" w:sz="6" w:space="0" w:color="9BAAC0"/>
              <w:bottom w:val="single" w:sz="6" w:space="0" w:color="9BAAC0"/>
              <w:right w:val="single" w:sz="6" w:space="0" w:color="9BAAC0"/>
            </w:tcBorders>
          </w:tcPr>
          <w:p w14:paraId="524A975A" w14:textId="77777777" w:rsidR="003E54B2" w:rsidRDefault="003E54B2" w:rsidP="009A36DD">
            <w:pPr>
              <w:spacing w:after="0"/>
              <w:rPr>
                <w:rFonts w:asciiTheme="minorBidi" w:hAnsiTheme="minorBidi"/>
                <w:sz w:val="22"/>
              </w:rPr>
            </w:pPr>
          </w:p>
          <w:p w14:paraId="34933A28" w14:textId="77777777" w:rsidR="00916BEF" w:rsidRDefault="00916BEF" w:rsidP="009A36DD">
            <w:pPr>
              <w:spacing w:after="0"/>
              <w:rPr>
                <w:rFonts w:asciiTheme="minorBidi" w:hAnsiTheme="minorBidi"/>
                <w:sz w:val="22"/>
              </w:rPr>
            </w:pPr>
          </w:p>
          <w:p w14:paraId="7B2EFE89" w14:textId="77777777" w:rsidR="00916BEF" w:rsidRDefault="00916BEF" w:rsidP="009A36DD">
            <w:pPr>
              <w:spacing w:after="0"/>
              <w:rPr>
                <w:rFonts w:asciiTheme="minorBidi" w:hAnsiTheme="minorBidi"/>
                <w:sz w:val="22"/>
              </w:rPr>
            </w:pPr>
          </w:p>
          <w:p w14:paraId="5B544119" w14:textId="77777777" w:rsidR="00916BEF" w:rsidRDefault="00916BEF" w:rsidP="009A36DD">
            <w:pPr>
              <w:spacing w:after="0"/>
              <w:rPr>
                <w:rFonts w:asciiTheme="minorBidi" w:hAnsiTheme="minorBidi"/>
                <w:sz w:val="22"/>
              </w:rPr>
            </w:pPr>
          </w:p>
          <w:p w14:paraId="4FFC841F" w14:textId="77777777" w:rsidR="00916BEF" w:rsidRDefault="00916BEF" w:rsidP="009A36DD">
            <w:pPr>
              <w:spacing w:after="0"/>
              <w:rPr>
                <w:rFonts w:asciiTheme="minorBidi" w:hAnsiTheme="minorBidi"/>
                <w:sz w:val="22"/>
              </w:rPr>
            </w:pPr>
          </w:p>
          <w:p w14:paraId="3EBE6C79" w14:textId="77777777" w:rsidR="00916BEF" w:rsidRDefault="00916BEF" w:rsidP="009A36DD">
            <w:pPr>
              <w:spacing w:after="0"/>
              <w:rPr>
                <w:rFonts w:asciiTheme="minorBidi" w:hAnsiTheme="minorBidi"/>
                <w:sz w:val="22"/>
              </w:rPr>
            </w:pPr>
          </w:p>
          <w:p w14:paraId="7B6C0499" w14:textId="77777777" w:rsidR="00916BEF" w:rsidRDefault="00916BEF" w:rsidP="009A36DD">
            <w:pPr>
              <w:spacing w:after="0"/>
              <w:rPr>
                <w:rFonts w:asciiTheme="minorBidi" w:hAnsiTheme="minorBidi"/>
                <w:sz w:val="22"/>
              </w:rPr>
            </w:pPr>
          </w:p>
          <w:p w14:paraId="6E239975" w14:textId="77777777" w:rsidR="00916BEF" w:rsidRDefault="00916BEF" w:rsidP="009A36DD">
            <w:pPr>
              <w:spacing w:after="0"/>
              <w:rPr>
                <w:rFonts w:asciiTheme="minorBidi" w:hAnsiTheme="minorBidi"/>
                <w:sz w:val="22"/>
              </w:rPr>
            </w:pPr>
          </w:p>
          <w:p w14:paraId="64FE8A05" w14:textId="77777777" w:rsidR="00916BEF" w:rsidRDefault="00916BEF" w:rsidP="009A36DD">
            <w:pPr>
              <w:spacing w:after="0"/>
              <w:rPr>
                <w:rFonts w:asciiTheme="minorBidi" w:hAnsiTheme="minorBidi"/>
                <w:sz w:val="22"/>
              </w:rPr>
            </w:pPr>
          </w:p>
          <w:p w14:paraId="21E209B2" w14:textId="77777777" w:rsidR="00916BEF" w:rsidRDefault="00916BEF" w:rsidP="009A36DD">
            <w:pPr>
              <w:spacing w:after="0"/>
              <w:rPr>
                <w:rFonts w:asciiTheme="minorBidi" w:hAnsiTheme="minorBidi"/>
                <w:sz w:val="22"/>
              </w:rPr>
            </w:pPr>
          </w:p>
          <w:p w14:paraId="0686DC2C" w14:textId="77777777" w:rsidR="00916BEF" w:rsidRDefault="00916BEF" w:rsidP="009A36DD">
            <w:pPr>
              <w:spacing w:after="0"/>
              <w:rPr>
                <w:rFonts w:asciiTheme="minorBidi" w:hAnsiTheme="minorBidi"/>
                <w:sz w:val="22"/>
              </w:rPr>
            </w:pPr>
          </w:p>
          <w:p w14:paraId="215B0982" w14:textId="77777777" w:rsidR="00916BEF" w:rsidRDefault="00916BEF" w:rsidP="009A36DD">
            <w:pPr>
              <w:spacing w:after="0"/>
              <w:rPr>
                <w:rFonts w:asciiTheme="minorBidi" w:hAnsiTheme="minorBidi"/>
                <w:sz w:val="22"/>
              </w:rPr>
            </w:pPr>
          </w:p>
          <w:p w14:paraId="5D356ABF" w14:textId="77777777" w:rsidR="00916BEF" w:rsidRDefault="00916BEF" w:rsidP="009A36DD">
            <w:pPr>
              <w:spacing w:after="0"/>
              <w:rPr>
                <w:rFonts w:asciiTheme="minorBidi" w:hAnsiTheme="minorBidi"/>
                <w:sz w:val="22"/>
              </w:rPr>
            </w:pPr>
          </w:p>
          <w:p w14:paraId="57375BC1" w14:textId="77777777" w:rsidR="00916BEF" w:rsidRDefault="00916BEF" w:rsidP="009A36DD">
            <w:pPr>
              <w:spacing w:after="0"/>
              <w:rPr>
                <w:rFonts w:asciiTheme="minorBidi" w:hAnsiTheme="minorBidi"/>
                <w:sz w:val="22"/>
              </w:rPr>
            </w:pPr>
          </w:p>
          <w:p w14:paraId="6E6EB633" w14:textId="77777777" w:rsidR="00916BEF" w:rsidRDefault="00916BEF" w:rsidP="009A36DD">
            <w:pPr>
              <w:spacing w:after="0"/>
              <w:rPr>
                <w:rFonts w:asciiTheme="minorBidi" w:hAnsiTheme="minorBidi"/>
                <w:sz w:val="22"/>
              </w:rPr>
            </w:pPr>
          </w:p>
          <w:p w14:paraId="3D73A6CC" w14:textId="77777777" w:rsidR="00916BEF" w:rsidRDefault="00916BEF" w:rsidP="009A36DD">
            <w:pPr>
              <w:spacing w:after="0"/>
              <w:rPr>
                <w:rFonts w:asciiTheme="minorBidi" w:hAnsiTheme="minorBidi"/>
                <w:sz w:val="22"/>
              </w:rPr>
            </w:pPr>
          </w:p>
          <w:p w14:paraId="7683BA80" w14:textId="77777777" w:rsidR="00046565" w:rsidRDefault="00046565" w:rsidP="009A36DD">
            <w:pPr>
              <w:spacing w:after="0"/>
              <w:rPr>
                <w:rFonts w:asciiTheme="minorBidi" w:hAnsiTheme="minorBidi"/>
                <w:sz w:val="22"/>
              </w:rPr>
            </w:pPr>
          </w:p>
          <w:p w14:paraId="51404191" w14:textId="77777777" w:rsidR="00046565" w:rsidRDefault="00046565" w:rsidP="009A36DD">
            <w:pPr>
              <w:spacing w:after="0"/>
              <w:rPr>
                <w:rFonts w:asciiTheme="minorBidi" w:hAnsiTheme="minorBidi"/>
                <w:sz w:val="22"/>
              </w:rPr>
            </w:pPr>
          </w:p>
          <w:p w14:paraId="545D3803" w14:textId="77777777" w:rsidR="00046565" w:rsidRDefault="00046565" w:rsidP="009A36DD">
            <w:pPr>
              <w:spacing w:after="0"/>
              <w:rPr>
                <w:rFonts w:asciiTheme="minorBidi" w:hAnsiTheme="minorBidi"/>
                <w:sz w:val="22"/>
              </w:rPr>
            </w:pPr>
          </w:p>
          <w:p w14:paraId="3EF8BA17" w14:textId="77777777" w:rsidR="00046565" w:rsidRDefault="00046565" w:rsidP="009A36DD">
            <w:pPr>
              <w:spacing w:after="0"/>
              <w:rPr>
                <w:rFonts w:asciiTheme="minorBidi" w:hAnsiTheme="minorBidi"/>
                <w:sz w:val="22"/>
              </w:rPr>
            </w:pPr>
          </w:p>
          <w:p w14:paraId="356244A3" w14:textId="77777777" w:rsidR="00046565" w:rsidRDefault="00046565" w:rsidP="009A36DD">
            <w:pPr>
              <w:spacing w:after="0"/>
              <w:rPr>
                <w:rFonts w:asciiTheme="minorBidi" w:hAnsiTheme="minorBidi"/>
                <w:sz w:val="22"/>
              </w:rPr>
            </w:pPr>
          </w:p>
          <w:p w14:paraId="30C74D8C" w14:textId="77777777" w:rsidR="00046565" w:rsidRDefault="00046565" w:rsidP="009A36DD">
            <w:pPr>
              <w:spacing w:after="0"/>
              <w:rPr>
                <w:rFonts w:asciiTheme="minorBidi" w:hAnsiTheme="minorBidi"/>
                <w:sz w:val="22"/>
              </w:rPr>
            </w:pPr>
          </w:p>
          <w:p w14:paraId="5BEE23D9" w14:textId="77777777" w:rsidR="00046565" w:rsidRDefault="00046565" w:rsidP="009A36DD">
            <w:pPr>
              <w:spacing w:after="0"/>
              <w:rPr>
                <w:rFonts w:asciiTheme="minorBidi" w:hAnsiTheme="minorBidi"/>
                <w:sz w:val="22"/>
              </w:rPr>
            </w:pPr>
          </w:p>
          <w:p w14:paraId="554BAC47" w14:textId="77777777" w:rsidR="00046565" w:rsidRDefault="00046565" w:rsidP="009A36DD">
            <w:pPr>
              <w:spacing w:after="0"/>
              <w:rPr>
                <w:rFonts w:asciiTheme="minorBidi" w:hAnsiTheme="minorBidi"/>
                <w:sz w:val="22"/>
              </w:rPr>
            </w:pPr>
          </w:p>
          <w:p w14:paraId="1DBABE52" w14:textId="77777777" w:rsidR="00046565" w:rsidRDefault="00046565" w:rsidP="009A36DD">
            <w:pPr>
              <w:spacing w:after="0"/>
              <w:rPr>
                <w:rFonts w:asciiTheme="minorBidi" w:hAnsiTheme="minorBidi"/>
                <w:sz w:val="22"/>
              </w:rPr>
            </w:pPr>
          </w:p>
          <w:p w14:paraId="251905C7" w14:textId="77777777" w:rsidR="00046565" w:rsidRDefault="00046565" w:rsidP="009A36DD">
            <w:pPr>
              <w:spacing w:after="0"/>
              <w:rPr>
                <w:rFonts w:asciiTheme="minorBidi" w:hAnsiTheme="minorBidi"/>
                <w:sz w:val="22"/>
              </w:rPr>
            </w:pPr>
          </w:p>
          <w:p w14:paraId="1E6B6CD6" w14:textId="77777777" w:rsidR="00046565" w:rsidRDefault="00046565" w:rsidP="009A36DD">
            <w:pPr>
              <w:spacing w:after="0"/>
              <w:rPr>
                <w:rFonts w:asciiTheme="minorBidi" w:hAnsiTheme="minorBidi"/>
                <w:sz w:val="22"/>
              </w:rPr>
            </w:pPr>
          </w:p>
          <w:p w14:paraId="64B332A0" w14:textId="77777777" w:rsidR="00046565" w:rsidRDefault="00046565" w:rsidP="009A36DD">
            <w:pPr>
              <w:spacing w:after="0"/>
              <w:rPr>
                <w:rFonts w:asciiTheme="minorBidi" w:hAnsiTheme="minorBidi"/>
                <w:sz w:val="22"/>
              </w:rPr>
            </w:pPr>
          </w:p>
          <w:p w14:paraId="1D54F24E" w14:textId="77777777" w:rsidR="00046565" w:rsidRDefault="00046565" w:rsidP="009A36DD">
            <w:pPr>
              <w:spacing w:after="0"/>
              <w:rPr>
                <w:rFonts w:asciiTheme="minorBidi" w:hAnsiTheme="minorBidi"/>
                <w:sz w:val="22"/>
              </w:rPr>
            </w:pPr>
          </w:p>
          <w:p w14:paraId="6023FE91" w14:textId="77777777" w:rsidR="00046565" w:rsidRDefault="00046565" w:rsidP="009A36DD">
            <w:pPr>
              <w:spacing w:after="0"/>
              <w:rPr>
                <w:rFonts w:asciiTheme="minorBidi" w:hAnsiTheme="minorBidi"/>
                <w:sz w:val="22"/>
              </w:rPr>
            </w:pPr>
          </w:p>
          <w:p w14:paraId="68A18086" w14:textId="77777777" w:rsidR="00916BEF" w:rsidRDefault="00916BEF" w:rsidP="009A36DD">
            <w:pPr>
              <w:spacing w:after="0"/>
              <w:rPr>
                <w:rFonts w:asciiTheme="minorBidi" w:hAnsiTheme="minorBidi"/>
                <w:sz w:val="22"/>
              </w:rPr>
            </w:pPr>
          </w:p>
          <w:p w14:paraId="3DB57F19" w14:textId="77777777" w:rsidR="00916BEF" w:rsidRDefault="00916BEF" w:rsidP="009A36DD">
            <w:pPr>
              <w:spacing w:after="0"/>
              <w:rPr>
                <w:rFonts w:asciiTheme="minorBidi" w:hAnsiTheme="minorBidi"/>
                <w:sz w:val="22"/>
              </w:rPr>
            </w:pPr>
          </w:p>
          <w:p w14:paraId="19E5C017" w14:textId="77777777" w:rsidR="00916BEF" w:rsidRDefault="00916BEF" w:rsidP="009A36DD">
            <w:pPr>
              <w:spacing w:after="0"/>
              <w:rPr>
                <w:rFonts w:asciiTheme="minorBidi" w:hAnsiTheme="minorBidi"/>
                <w:sz w:val="22"/>
              </w:rPr>
            </w:pPr>
          </w:p>
          <w:p w14:paraId="4F1A79DD" w14:textId="77777777" w:rsidR="00916BEF" w:rsidRPr="005903E0" w:rsidRDefault="00916BEF" w:rsidP="009A36DD">
            <w:pPr>
              <w:spacing w:after="0"/>
              <w:rPr>
                <w:rFonts w:asciiTheme="minorBidi" w:hAnsiTheme="minorBidi"/>
                <w:sz w:val="22"/>
              </w:rPr>
            </w:pPr>
          </w:p>
        </w:tc>
      </w:tr>
    </w:tbl>
    <w:p w14:paraId="3E44F8AF" w14:textId="77777777" w:rsidR="003E54B2" w:rsidRPr="005903E0" w:rsidRDefault="003E54B2" w:rsidP="009A36DD">
      <w:pPr>
        <w:spacing w:after="0"/>
        <w:rPr>
          <w:rFonts w:asciiTheme="minorBidi" w:hAnsiTheme="minorBidi"/>
          <w:sz w:val="22"/>
        </w:rPr>
      </w:pPr>
    </w:p>
    <w:p w14:paraId="770513F5" w14:textId="32C4B2B0" w:rsidR="003E54B2" w:rsidRDefault="004742AB" w:rsidP="009A36DD">
      <w:pPr>
        <w:spacing w:before="120" w:after="0"/>
        <w:rPr>
          <w:rFonts w:asciiTheme="minorBidi" w:hAnsiTheme="minorBidi"/>
          <w:b/>
          <w:sz w:val="22"/>
        </w:rPr>
      </w:pPr>
      <w:r w:rsidRPr="005903E0">
        <w:rPr>
          <w:rFonts w:asciiTheme="minorBidi" w:hAnsiTheme="minorBidi"/>
          <w:b/>
          <w:sz w:val="22"/>
        </w:rPr>
        <w:t>Check your model against this list: Does it label the base, track, every hill/loop/turn, the catch mechanism, and the car? Does it use directional arrows to show the car's motion? Are at least three points labeled with the correct energy type?</w:t>
      </w:r>
    </w:p>
    <w:p w14:paraId="0B4487DE" w14:textId="77777777" w:rsidR="00046565" w:rsidRPr="005903E0" w:rsidRDefault="00046565" w:rsidP="009A36DD">
      <w:pPr>
        <w:spacing w:before="120" w:after="0"/>
        <w:rPr>
          <w:rFonts w:asciiTheme="minorBidi" w:hAnsiTheme="minorBidi"/>
          <w:sz w:val="22"/>
        </w:rPr>
      </w:pPr>
    </w:p>
    <w:tbl>
      <w:tblPr>
        <w:tblW w:w="0" w:type="auto"/>
        <w:tblLayout w:type="fixed"/>
        <w:tblLook w:val="04A0" w:firstRow="1" w:lastRow="0" w:firstColumn="1" w:lastColumn="0" w:noHBand="0" w:noVBand="1"/>
      </w:tblPr>
      <w:tblGrid>
        <w:gridCol w:w="864"/>
        <w:gridCol w:w="3024"/>
        <w:gridCol w:w="2736"/>
        <w:gridCol w:w="2448"/>
      </w:tblGrid>
      <w:tr w:rsidR="003E54B2" w:rsidRPr="005903E0" w14:paraId="435780B3" w14:textId="77777777">
        <w:tc>
          <w:tcPr>
            <w:tcW w:w="864" w:type="dxa"/>
            <w:tcBorders>
              <w:top w:val="single" w:sz="6" w:space="0" w:color="9BAAC0"/>
              <w:left w:val="single" w:sz="6" w:space="0" w:color="9BAAC0"/>
              <w:bottom w:val="single" w:sz="6" w:space="0" w:color="9BAAC0"/>
              <w:right w:val="single" w:sz="6" w:space="0" w:color="9BAAC0"/>
            </w:tcBorders>
            <w:shd w:val="clear" w:color="auto" w:fill="DCE6F1"/>
          </w:tcPr>
          <w:p w14:paraId="18DB9BA9" w14:textId="2CBFDAB5" w:rsidR="003E54B2" w:rsidRPr="005903E0" w:rsidRDefault="004742AB" w:rsidP="009A36DD">
            <w:pPr>
              <w:spacing w:after="0"/>
              <w:jc w:val="center"/>
              <w:rPr>
                <w:rFonts w:asciiTheme="minorBidi" w:hAnsiTheme="minorBidi"/>
                <w:sz w:val="22"/>
              </w:rPr>
            </w:pPr>
            <w:r w:rsidRPr="005903E0">
              <w:rPr>
                <w:rFonts w:asciiTheme="minorBidi" w:hAnsiTheme="minorBidi"/>
                <w:b/>
                <w:sz w:val="22"/>
              </w:rPr>
              <w:lastRenderedPageBreak/>
              <w:t>Point</w:t>
            </w:r>
          </w:p>
        </w:tc>
        <w:tc>
          <w:tcPr>
            <w:tcW w:w="3024" w:type="dxa"/>
            <w:tcBorders>
              <w:top w:val="single" w:sz="6" w:space="0" w:color="9BAAC0"/>
              <w:left w:val="single" w:sz="6" w:space="0" w:color="9BAAC0"/>
              <w:bottom w:val="single" w:sz="6" w:space="0" w:color="9BAAC0"/>
              <w:right w:val="single" w:sz="6" w:space="0" w:color="9BAAC0"/>
            </w:tcBorders>
            <w:shd w:val="clear" w:color="auto" w:fill="DCE6F1"/>
          </w:tcPr>
          <w:p w14:paraId="3BEF6D66" w14:textId="52E5C6E4" w:rsidR="003E54B2" w:rsidRPr="005903E0" w:rsidRDefault="004742AB" w:rsidP="009A36DD">
            <w:pPr>
              <w:spacing w:after="0"/>
              <w:jc w:val="center"/>
              <w:rPr>
                <w:rFonts w:asciiTheme="minorBidi" w:hAnsiTheme="minorBidi"/>
                <w:sz w:val="22"/>
              </w:rPr>
            </w:pPr>
            <w:r w:rsidRPr="005903E0">
              <w:rPr>
                <w:rFonts w:asciiTheme="minorBidi" w:hAnsiTheme="minorBidi"/>
                <w:b/>
                <w:sz w:val="22"/>
              </w:rPr>
              <w:t>Height (High / Low)</w:t>
            </w:r>
          </w:p>
        </w:tc>
        <w:tc>
          <w:tcPr>
            <w:tcW w:w="2736" w:type="dxa"/>
            <w:tcBorders>
              <w:top w:val="single" w:sz="6" w:space="0" w:color="9BAAC0"/>
              <w:left w:val="single" w:sz="6" w:space="0" w:color="9BAAC0"/>
              <w:bottom w:val="single" w:sz="6" w:space="0" w:color="9BAAC0"/>
              <w:right w:val="single" w:sz="6" w:space="0" w:color="9BAAC0"/>
            </w:tcBorders>
            <w:shd w:val="clear" w:color="auto" w:fill="DCE6F1"/>
          </w:tcPr>
          <w:p w14:paraId="6B44B513" w14:textId="6BFE7E0C" w:rsidR="003E54B2" w:rsidRPr="005903E0" w:rsidRDefault="004742AB" w:rsidP="009A36DD">
            <w:pPr>
              <w:spacing w:after="0"/>
              <w:jc w:val="center"/>
              <w:rPr>
                <w:rFonts w:asciiTheme="minorBidi" w:hAnsiTheme="minorBidi"/>
                <w:sz w:val="22"/>
              </w:rPr>
            </w:pPr>
            <w:r w:rsidRPr="005903E0">
              <w:rPr>
                <w:rFonts w:asciiTheme="minorBidi" w:hAnsiTheme="minorBidi"/>
                <w:b/>
                <w:sz w:val="22"/>
              </w:rPr>
              <w:t>Speed (Fast / Slow)</w:t>
            </w:r>
          </w:p>
        </w:tc>
        <w:tc>
          <w:tcPr>
            <w:tcW w:w="2448" w:type="dxa"/>
            <w:tcBorders>
              <w:top w:val="single" w:sz="6" w:space="0" w:color="9BAAC0"/>
              <w:left w:val="single" w:sz="6" w:space="0" w:color="9BAAC0"/>
              <w:bottom w:val="single" w:sz="6" w:space="0" w:color="9BAAC0"/>
              <w:right w:val="single" w:sz="6" w:space="0" w:color="9BAAC0"/>
            </w:tcBorders>
            <w:shd w:val="clear" w:color="auto" w:fill="DCE6F1"/>
          </w:tcPr>
          <w:p w14:paraId="45E37DA2" w14:textId="4D7F9FA7" w:rsidR="003E54B2" w:rsidRPr="005903E0" w:rsidRDefault="004742AB" w:rsidP="009A36DD">
            <w:pPr>
              <w:spacing w:after="0"/>
              <w:jc w:val="center"/>
              <w:rPr>
                <w:rFonts w:asciiTheme="minorBidi" w:hAnsiTheme="minorBidi"/>
                <w:sz w:val="22"/>
              </w:rPr>
            </w:pPr>
            <w:r w:rsidRPr="005903E0">
              <w:rPr>
                <w:rFonts w:asciiTheme="minorBidi" w:hAnsiTheme="minorBidi"/>
                <w:b/>
                <w:sz w:val="22"/>
              </w:rPr>
              <w:t>Energy Type (Max PE or Max KE)</w:t>
            </w:r>
          </w:p>
        </w:tc>
      </w:tr>
      <w:tr w:rsidR="003E54B2" w:rsidRPr="005903E0" w14:paraId="15E30D19"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0EF12C7F" w14:textId="4801B7AF" w:rsidR="003E54B2" w:rsidRPr="005903E0" w:rsidRDefault="004742AB" w:rsidP="009A36DD">
            <w:pPr>
              <w:spacing w:after="0"/>
              <w:rPr>
                <w:rFonts w:asciiTheme="minorBidi" w:hAnsiTheme="minorBidi"/>
                <w:sz w:val="22"/>
              </w:rPr>
            </w:pPr>
            <w:r w:rsidRPr="005903E0">
              <w:rPr>
                <w:rFonts w:asciiTheme="minorBidi" w:hAnsiTheme="minorBidi"/>
                <w:b/>
                <w:sz w:val="22"/>
              </w:rPr>
              <w:t>A</w:t>
            </w:r>
          </w:p>
        </w:tc>
        <w:tc>
          <w:tcPr>
            <w:tcW w:w="3024" w:type="dxa"/>
            <w:tcBorders>
              <w:top w:val="single" w:sz="6" w:space="0" w:color="9BAAC0"/>
              <w:left w:val="single" w:sz="6" w:space="0" w:color="9BAAC0"/>
              <w:bottom w:val="single" w:sz="6" w:space="0" w:color="9BAAC0"/>
              <w:right w:val="single" w:sz="6" w:space="0" w:color="9BAAC0"/>
            </w:tcBorders>
          </w:tcPr>
          <w:p w14:paraId="2B5695C5" w14:textId="77777777" w:rsidR="003E54B2" w:rsidRDefault="003E54B2" w:rsidP="009A36DD">
            <w:pPr>
              <w:spacing w:after="0"/>
              <w:rPr>
                <w:rFonts w:asciiTheme="minorBidi" w:hAnsiTheme="minorBidi"/>
                <w:sz w:val="22"/>
              </w:rPr>
            </w:pPr>
          </w:p>
          <w:p w14:paraId="60A29272" w14:textId="77777777" w:rsidR="00046565" w:rsidRDefault="00046565" w:rsidP="009A36DD">
            <w:pPr>
              <w:spacing w:after="0"/>
              <w:rPr>
                <w:rFonts w:asciiTheme="minorBidi" w:hAnsiTheme="minorBidi"/>
                <w:sz w:val="22"/>
              </w:rPr>
            </w:pPr>
          </w:p>
          <w:p w14:paraId="5544B2F7"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47929BBA"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5E6CFAEC" w14:textId="77777777" w:rsidR="003E54B2" w:rsidRPr="005903E0" w:rsidRDefault="003E54B2" w:rsidP="009A36DD">
            <w:pPr>
              <w:spacing w:after="0"/>
              <w:rPr>
                <w:rFonts w:asciiTheme="minorBidi" w:hAnsiTheme="minorBidi"/>
                <w:sz w:val="22"/>
              </w:rPr>
            </w:pPr>
          </w:p>
        </w:tc>
      </w:tr>
      <w:tr w:rsidR="003E54B2" w:rsidRPr="005903E0" w14:paraId="7B440EB2"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427A37FF" w14:textId="1E040E1E" w:rsidR="003E54B2" w:rsidRPr="005903E0" w:rsidRDefault="004742AB" w:rsidP="009A36DD">
            <w:pPr>
              <w:spacing w:after="0"/>
              <w:rPr>
                <w:rFonts w:asciiTheme="minorBidi" w:hAnsiTheme="minorBidi"/>
                <w:sz w:val="22"/>
              </w:rPr>
            </w:pPr>
            <w:r w:rsidRPr="005903E0">
              <w:rPr>
                <w:rFonts w:asciiTheme="minorBidi" w:hAnsiTheme="minorBidi"/>
                <w:b/>
                <w:sz w:val="22"/>
              </w:rPr>
              <w:t>B</w:t>
            </w:r>
          </w:p>
        </w:tc>
        <w:tc>
          <w:tcPr>
            <w:tcW w:w="3024" w:type="dxa"/>
            <w:tcBorders>
              <w:top w:val="single" w:sz="6" w:space="0" w:color="9BAAC0"/>
              <w:left w:val="single" w:sz="6" w:space="0" w:color="9BAAC0"/>
              <w:bottom w:val="single" w:sz="6" w:space="0" w:color="9BAAC0"/>
              <w:right w:val="single" w:sz="6" w:space="0" w:color="9BAAC0"/>
            </w:tcBorders>
          </w:tcPr>
          <w:p w14:paraId="3A8E5C66" w14:textId="77777777" w:rsidR="003E54B2" w:rsidRDefault="003E54B2" w:rsidP="009A36DD">
            <w:pPr>
              <w:spacing w:after="0"/>
              <w:rPr>
                <w:rFonts w:asciiTheme="minorBidi" w:hAnsiTheme="minorBidi"/>
                <w:sz w:val="22"/>
              </w:rPr>
            </w:pPr>
          </w:p>
          <w:p w14:paraId="55E6FE3D" w14:textId="77777777" w:rsidR="00046565" w:rsidRDefault="00046565" w:rsidP="009A36DD">
            <w:pPr>
              <w:spacing w:after="0"/>
              <w:rPr>
                <w:rFonts w:asciiTheme="minorBidi" w:hAnsiTheme="minorBidi"/>
                <w:sz w:val="22"/>
              </w:rPr>
            </w:pPr>
          </w:p>
          <w:p w14:paraId="65C30927"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0642FD01"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52F0CF0D" w14:textId="77777777" w:rsidR="003E54B2" w:rsidRPr="005903E0" w:rsidRDefault="003E54B2" w:rsidP="009A36DD">
            <w:pPr>
              <w:spacing w:after="0"/>
              <w:rPr>
                <w:rFonts w:asciiTheme="minorBidi" w:hAnsiTheme="minorBidi"/>
                <w:sz w:val="22"/>
              </w:rPr>
            </w:pPr>
          </w:p>
        </w:tc>
      </w:tr>
      <w:tr w:rsidR="003E54B2" w:rsidRPr="005903E0" w14:paraId="3DD4824F"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7CF4AEDB" w14:textId="0330CFAD" w:rsidR="003E54B2" w:rsidRPr="005903E0" w:rsidRDefault="004742AB" w:rsidP="009A36DD">
            <w:pPr>
              <w:spacing w:after="0"/>
              <w:rPr>
                <w:rFonts w:asciiTheme="minorBidi" w:hAnsiTheme="minorBidi"/>
                <w:sz w:val="22"/>
              </w:rPr>
            </w:pPr>
            <w:r w:rsidRPr="005903E0">
              <w:rPr>
                <w:rFonts w:asciiTheme="minorBidi" w:hAnsiTheme="minorBidi"/>
                <w:b/>
                <w:sz w:val="22"/>
              </w:rPr>
              <w:t>C</w:t>
            </w:r>
          </w:p>
        </w:tc>
        <w:tc>
          <w:tcPr>
            <w:tcW w:w="3024" w:type="dxa"/>
            <w:tcBorders>
              <w:top w:val="single" w:sz="6" w:space="0" w:color="9BAAC0"/>
              <w:left w:val="single" w:sz="6" w:space="0" w:color="9BAAC0"/>
              <w:bottom w:val="single" w:sz="6" w:space="0" w:color="9BAAC0"/>
              <w:right w:val="single" w:sz="6" w:space="0" w:color="9BAAC0"/>
            </w:tcBorders>
          </w:tcPr>
          <w:p w14:paraId="33D27A7A" w14:textId="77777777" w:rsidR="003E54B2" w:rsidRDefault="003E54B2" w:rsidP="009A36DD">
            <w:pPr>
              <w:spacing w:after="0"/>
              <w:rPr>
                <w:rFonts w:asciiTheme="minorBidi" w:hAnsiTheme="minorBidi"/>
                <w:sz w:val="22"/>
              </w:rPr>
            </w:pPr>
          </w:p>
          <w:p w14:paraId="2E54DF7B" w14:textId="77777777" w:rsidR="00046565" w:rsidRDefault="00046565" w:rsidP="009A36DD">
            <w:pPr>
              <w:spacing w:after="0"/>
              <w:rPr>
                <w:rFonts w:asciiTheme="minorBidi" w:hAnsiTheme="minorBidi"/>
                <w:sz w:val="22"/>
              </w:rPr>
            </w:pPr>
          </w:p>
          <w:p w14:paraId="51E512D9"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5C110272"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1397B3AC" w14:textId="77777777" w:rsidR="003E54B2" w:rsidRPr="005903E0" w:rsidRDefault="003E54B2" w:rsidP="009A36DD">
            <w:pPr>
              <w:spacing w:after="0"/>
              <w:rPr>
                <w:rFonts w:asciiTheme="minorBidi" w:hAnsiTheme="minorBidi"/>
                <w:sz w:val="22"/>
              </w:rPr>
            </w:pPr>
          </w:p>
        </w:tc>
      </w:tr>
      <w:tr w:rsidR="003E54B2" w:rsidRPr="005903E0" w14:paraId="5E30B510"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1C97ECB7" w14:textId="2D605BD7" w:rsidR="003E54B2" w:rsidRPr="005903E0" w:rsidRDefault="004742AB" w:rsidP="009A36DD">
            <w:pPr>
              <w:spacing w:after="0"/>
              <w:rPr>
                <w:rFonts w:asciiTheme="minorBidi" w:hAnsiTheme="minorBidi"/>
                <w:sz w:val="22"/>
              </w:rPr>
            </w:pPr>
            <w:r w:rsidRPr="005903E0">
              <w:rPr>
                <w:rFonts w:asciiTheme="minorBidi" w:hAnsiTheme="minorBidi"/>
                <w:b/>
                <w:sz w:val="22"/>
              </w:rPr>
              <w:t>D</w:t>
            </w:r>
          </w:p>
        </w:tc>
        <w:tc>
          <w:tcPr>
            <w:tcW w:w="3024" w:type="dxa"/>
            <w:tcBorders>
              <w:top w:val="single" w:sz="6" w:space="0" w:color="9BAAC0"/>
              <w:left w:val="single" w:sz="6" w:space="0" w:color="9BAAC0"/>
              <w:bottom w:val="single" w:sz="6" w:space="0" w:color="9BAAC0"/>
              <w:right w:val="single" w:sz="6" w:space="0" w:color="9BAAC0"/>
            </w:tcBorders>
          </w:tcPr>
          <w:p w14:paraId="04DBA0B3" w14:textId="77777777" w:rsidR="003E54B2" w:rsidRDefault="003E54B2" w:rsidP="009A36DD">
            <w:pPr>
              <w:spacing w:after="0"/>
              <w:rPr>
                <w:rFonts w:asciiTheme="minorBidi" w:hAnsiTheme="minorBidi"/>
                <w:sz w:val="22"/>
              </w:rPr>
            </w:pPr>
          </w:p>
          <w:p w14:paraId="2CA2AC85" w14:textId="77777777" w:rsidR="00046565" w:rsidRDefault="00046565" w:rsidP="009A36DD">
            <w:pPr>
              <w:spacing w:after="0"/>
              <w:rPr>
                <w:rFonts w:asciiTheme="minorBidi" w:hAnsiTheme="minorBidi"/>
                <w:sz w:val="22"/>
              </w:rPr>
            </w:pPr>
          </w:p>
          <w:p w14:paraId="0B60DE0F"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1E33940F"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3BC3B62D" w14:textId="77777777" w:rsidR="003E54B2" w:rsidRPr="005903E0" w:rsidRDefault="003E54B2" w:rsidP="009A36DD">
            <w:pPr>
              <w:spacing w:after="0"/>
              <w:rPr>
                <w:rFonts w:asciiTheme="minorBidi" w:hAnsiTheme="minorBidi"/>
                <w:sz w:val="22"/>
              </w:rPr>
            </w:pPr>
          </w:p>
        </w:tc>
      </w:tr>
      <w:tr w:rsidR="003E54B2" w:rsidRPr="005903E0" w14:paraId="1CE1F3D9"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0D9F030D" w14:textId="505A70B4" w:rsidR="003E54B2" w:rsidRPr="005903E0" w:rsidRDefault="004742AB" w:rsidP="009A36DD">
            <w:pPr>
              <w:spacing w:after="0"/>
              <w:rPr>
                <w:rFonts w:asciiTheme="minorBidi" w:hAnsiTheme="minorBidi"/>
                <w:sz w:val="22"/>
              </w:rPr>
            </w:pPr>
            <w:r w:rsidRPr="005903E0">
              <w:rPr>
                <w:rFonts w:asciiTheme="minorBidi" w:hAnsiTheme="minorBidi"/>
                <w:b/>
                <w:sz w:val="22"/>
              </w:rPr>
              <w:t>E</w:t>
            </w:r>
          </w:p>
        </w:tc>
        <w:tc>
          <w:tcPr>
            <w:tcW w:w="3024" w:type="dxa"/>
            <w:tcBorders>
              <w:top w:val="single" w:sz="6" w:space="0" w:color="9BAAC0"/>
              <w:left w:val="single" w:sz="6" w:space="0" w:color="9BAAC0"/>
              <w:bottom w:val="single" w:sz="6" w:space="0" w:color="9BAAC0"/>
              <w:right w:val="single" w:sz="6" w:space="0" w:color="9BAAC0"/>
            </w:tcBorders>
          </w:tcPr>
          <w:p w14:paraId="4883B0B1" w14:textId="77777777" w:rsidR="003E54B2" w:rsidRDefault="003E54B2" w:rsidP="009A36DD">
            <w:pPr>
              <w:spacing w:after="0"/>
              <w:rPr>
                <w:rFonts w:asciiTheme="minorBidi" w:hAnsiTheme="minorBidi"/>
                <w:sz w:val="22"/>
              </w:rPr>
            </w:pPr>
          </w:p>
          <w:p w14:paraId="48A4CA5F" w14:textId="77777777" w:rsidR="00046565" w:rsidRDefault="00046565" w:rsidP="009A36DD">
            <w:pPr>
              <w:spacing w:after="0"/>
              <w:rPr>
                <w:rFonts w:asciiTheme="minorBidi" w:hAnsiTheme="minorBidi"/>
                <w:sz w:val="22"/>
              </w:rPr>
            </w:pPr>
          </w:p>
          <w:p w14:paraId="2844D434"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738D977E"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19F9BD5A" w14:textId="77777777" w:rsidR="003E54B2" w:rsidRPr="005903E0" w:rsidRDefault="003E54B2" w:rsidP="009A36DD">
            <w:pPr>
              <w:spacing w:after="0"/>
              <w:rPr>
                <w:rFonts w:asciiTheme="minorBidi" w:hAnsiTheme="minorBidi"/>
                <w:sz w:val="22"/>
              </w:rPr>
            </w:pPr>
          </w:p>
        </w:tc>
      </w:tr>
      <w:tr w:rsidR="003E54B2" w:rsidRPr="005903E0" w14:paraId="6C0B5D81" w14:textId="77777777">
        <w:trPr>
          <w:trHeight w:val="720"/>
        </w:trPr>
        <w:tc>
          <w:tcPr>
            <w:tcW w:w="864" w:type="dxa"/>
            <w:tcBorders>
              <w:top w:val="single" w:sz="6" w:space="0" w:color="9BAAC0"/>
              <w:left w:val="single" w:sz="6" w:space="0" w:color="9BAAC0"/>
              <w:bottom w:val="single" w:sz="6" w:space="0" w:color="9BAAC0"/>
              <w:right w:val="single" w:sz="6" w:space="0" w:color="9BAAC0"/>
            </w:tcBorders>
          </w:tcPr>
          <w:p w14:paraId="2354909E" w14:textId="512356FB" w:rsidR="003E54B2" w:rsidRPr="005903E0" w:rsidRDefault="004742AB" w:rsidP="009A36DD">
            <w:pPr>
              <w:spacing w:after="0"/>
              <w:rPr>
                <w:rFonts w:asciiTheme="minorBidi" w:hAnsiTheme="minorBidi"/>
                <w:sz w:val="22"/>
              </w:rPr>
            </w:pPr>
            <w:r w:rsidRPr="005903E0">
              <w:rPr>
                <w:rFonts w:asciiTheme="minorBidi" w:hAnsiTheme="minorBidi"/>
                <w:b/>
                <w:sz w:val="22"/>
              </w:rPr>
              <w:t>F</w:t>
            </w:r>
          </w:p>
        </w:tc>
        <w:tc>
          <w:tcPr>
            <w:tcW w:w="3024" w:type="dxa"/>
            <w:tcBorders>
              <w:top w:val="single" w:sz="6" w:space="0" w:color="9BAAC0"/>
              <w:left w:val="single" w:sz="6" w:space="0" w:color="9BAAC0"/>
              <w:bottom w:val="single" w:sz="6" w:space="0" w:color="9BAAC0"/>
              <w:right w:val="single" w:sz="6" w:space="0" w:color="9BAAC0"/>
            </w:tcBorders>
          </w:tcPr>
          <w:p w14:paraId="61B9E65E" w14:textId="77777777" w:rsidR="003E54B2" w:rsidRDefault="003E54B2" w:rsidP="009A36DD">
            <w:pPr>
              <w:spacing w:after="0"/>
              <w:rPr>
                <w:rFonts w:asciiTheme="minorBidi" w:hAnsiTheme="minorBidi"/>
                <w:sz w:val="22"/>
              </w:rPr>
            </w:pPr>
          </w:p>
          <w:p w14:paraId="072DA51A" w14:textId="77777777" w:rsidR="00046565" w:rsidRDefault="00046565" w:rsidP="009A36DD">
            <w:pPr>
              <w:spacing w:after="0"/>
              <w:rPr>
                <w:rFonts w:asciiTheme="minorBidi" w:hAnsiTheme="minorBidi"/>
                <w:sz w:val="22"/>
              </w:rPr>
            </w:pPr>
          </w:p>
          <w:p w14:paraId="7E3CCD7E" w14:textId="77777777" w:rsidR="00046565" w:rsidRPr="005903E0" w:rsidRDefault="00046565" w:rsidP="009A36DD">
            <w:pPr>
              <w:spacing w:after="0"/>
              <w:rPr>
                <w:rFonts w:asciiTheme="minorBidi" w:hAnsiTheme="minorBidi"/>
                <w:sz w:val="22"/>
              </w:rPr>
            </w:pPr>
          </w:p>
        </w:tc>
        <w:tc>
          <w:tcPr>
            <w:tcW w:w="2736" w:type="dxa"/>
            <w:tcBorders>
              <w:top w:val="single" w:sz="6" w:space="0" w:color="9BAAC0"/>
              <w:left w:val="single" w:sz="6" w:space="0" w:color="9BAAC0"/>
              <w:bottom w:val="single" w:sz="6" w:space="0" w:color="9BAAC0"/>
              <w:right w:val="single" w:sz="6" w:space="0" w:color="9BAAC0"/>
            </w:tcBorders>
          </w:tcPr>
          <w:p w14:paraId="7DA461A4" w14:textId="77777777" w:rsidR="003E54B2" w:rsidRPr="005903E0" w:rsidRDefault="003E54B2" w:rsidP="009A36DD">
            <w:pPr>
              <w:spacing w:after="0"/>
              <w:rPr>
                <w:rFonts w:asciiTheme="minorBidi" w:hAnsiTheme="minorBidi"/>
                <w:sz w:val="22"/>
              </w:rPr>
            </w:pPr>
          </w:p>
        </w:tc>
        <w:tc>
          <w:tcPr>
            <w:tcW w:w="2448" w:type="dxa"/>
            <w:tcBorders>
              <w:top w:val="single" w:sz="6" w:space="0" w:color="9BAAC0"/>
              <w:left w:val="single" w:sz="6" w:space="0" w:color="9BAAC0"/>
              <w:bottom w:val="single" w:sz="6" w:space="0" w:color="9BAAC0"/>
              <w:right w:val="single" w:sz="6" w:space="0" w:color="9BAAC0"/>
            </w:tcBorders>
          </w:tcPr>
          <w:p w14:paraId="2642CEFC" w14:textId="77777777" w:rsidR="003E54B2" w:rsidRPr="005903E0" w:rsidRDefault="003E54B2" w:rsidP="009A36DD">
            <w:pPr>
              <w:spacing w:after="0"/>
              <w:rPr>
                <w:rFonts w:asciiTheme="minorBidi" w:hAnsiTheme="minorBidi"/>
                <w:sz w:val="22"/>
              </w:rPr>
            </w:pPr>
          </w:p>
        </w:tc>
      </w:tr>
    </w:tbl>
    <w:p w14:paraId="0B0F1467"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3E54B2" w:rsidRPr="005903E0" w14:paraId="2411838F" w14:textId="77777777">
        <w:tc>
          <w:tcPr>
            <w:tcW w:w="1944" w:type="dxa"/>
            <w:tcBorders>
              <w:top w:val="nil"/>
              <w:left w:val="nil"/>
              <w:bottom w:val="nil"/>
              <w:right w:val="nil"/>
            </w:tcBorders>
            <w:shd w:val="clear" w:color="auto" w:fill="23466E"/>
            <w:vAlign w:val="center"/>
          </w:tcPr>
          <w:p w14:paraId="5C8E74AE" w14:textId="77777777" w:rsidR="003E54B2" w:rsidRPr="005903E0" w:rsidRDefault="00D907BE" w:rsidP="009A36DD">
            <w:pPr>
              <w:spacing w:before="40" w:after="0"/>
              <w:jc w:val="center"/>
              <w:rPr>
                <w:rFonts w:asciiTheme="minorBidi" w:hAnsiTheme="minorBidi"/>
                <w:sz w:val="22"/>
              </w:rPr>
            </w:pPr>
            <w:r w:rsidRPr="005903E0">
              <w:rPr>
                <w:rFonts w:asciiTheme="minorBidi" w:hAnsiTheme="minorBidi"/>
                <w:b/>
                <w:color w:val="FFFFFF"/>
                <w:sz w:val="22"/>
              </w:rPr>
              <w:t>IMPROVE</w:t>
            </w:r>
          </w:p>
        </w:tc>
        <w:tc>
          <w:tcPr>
            <w:tcW w:w="7128" w:type="dxa"/>
            <w:tcBorders>
              <w:top w:val="nil"/>
              <w:left w:val="nil"/>
              <w:bottom w:val="nil"/>
              <w:right w:val="nil"/>
            </w:tcBorders>
            <w:shd w:val="clear" w:color="auto" w:fill="DCE6F1"/>
            <w:vAlign w:val="center"/>
          </w:tcPr>
          <w:p w14:paraId="601F1911" w14:textId="11649358" w:rsidR="003E54B2" w:rsidRPr="005903E0" w:rsidRDefault="004742AB" w:rsidP="009A36DD">
            <w:pPr>
              <w:spacing w:before="40" w:after="0"/>
              <w:ind w:left="115"/>
              <w:rPr>
                <w:rFonts w:asciiTheme="minorBidi" w:hAnsiTheme="minorBidi"/>
                <w:sz w:val="22"/>
              </w:rPr>
            </w:pPr>
            <w:r w:rsidRPr="005903E0">
              <w:rPr>
                <w:rFonts w:asciiTheme="minorBidi" w:hAnsiTheme="minorBidi"/>
                <w:sz w:val="22"/>
              </w:rPr>
              <w:t>Check your point log against your model</w:t>
            </w:r>
            <w:r w:rsidR="000127E8">
              <w:rPr>
                <w:rFonts w:asciiTheme="minorBidi" w:hAnsiTheme="minorBidi"/>
                <w:sz w:val="22"/>
              </w:rPr>
              <w:t xml:space="preserve"> </w:t>
            </w:r>
            <w:r w:rsidR="000870AE">
              <w:rPr>
                <w:rFonts w:asciiTheme="minorBidi" w:hAnsiTheme="minorBidi"/>
                <w:sz w:val="22"/>
              </w:rPr>
              <w:t>and</w:t>
            </w:r>
            <w:r w:rsidR="000127E8">
              <w:rPr>
                <w:rFonts w:asciiTheme="minorBidi" w:hAnsiTheme="minorBidi"/>
                <w:sz w:val="22"/>
              </w:rPr>
              <w:t xml:space="preserve"> </w:t>
            </w:r>
            <w:r w:rsidRPr="005903E0">
              <w:rPr>
                <w:rFonts w:asciiTheme="minorBidi" w:hAnsiTheme="minorBidi"/>
                <w:sz w:val="22"/>
              </w:rPr>
              <w:t>fix any point where the energy type doesn't match its height and speed.</w:t>
            </w:r>
          </w:p>
        </w:tc>
      </w:tr>
    </w:tbl>
    <w:p w14:paraId="06B73E8E" w14:textId="4C4E5DA6" w:rsidR="003E54B2" w:rsidRPr="005903E0" w:rsidRDefault="004742AB" w:rsidP="009A36DD">
      <w:pPr>
        <w:spacing w:before="120" w:after="0"/>
        <w:rPr>
          <w:rFonts w:asciiTheme="minorBidi" w:hAnsiTheme="minorBidi"/>
          <w:sz w:val="22"/>
        </w:rPr>
      </w:pPr>
      <w:r w:rsidRPr="005903E0">
        <w:rPr>
          <w:rFonts w:asciiTheme="minorBidi" w:hAnsiTheme="minorBidi"/>
          <w:b/>
          <w:sz w:val="22"/>
        </w:rPr>
        <w:t>If a point's energy type doesn't match (</w:t>
      </w:r>
      <w:r w:rsidR="00B87194">
        <w:rPr>
          <w:rFonts w:asciiTheme="minorBidi" w:hAnsiTheme="minorBidi"/>
          <w:b/>
          <w:sz w:val="22"/>
        </w:rPr>
        <w:t>for example</w:t>
      </w:r>
      <w:r w:rsidRPr="005903E0">
        <w:rPr>
          <w:rFonts w:asciiTheme="minorBidi" w:hAnsiTheme="minorBidi"/>
          <w:b/>
          <w:sz w:val="22"/>
        </w:rPr>
        <w:t>, a low point marked as maximum potential energy), relabel it correctly before moving on to Phase 3.</w:t>
      </w:r>
    </w:p>
    <w:tbl>
      <w:tblPr>
        <w:tblW w:w="0" w:type="auto"/>
        <w:tblLayout w:type="fixed"/>
        <w:tblLook w:val="04A0" w:firstRow="1" w:lastRow="0" w:firstColumn="1" w:lastColumn="0" w:noHBand="0" w:noVBand="1"/>
      </w:tblPr>
      <w:tblGrid>
        <w:gridCol w:w="9072"/>
      </w:tblGrid>
      <w:tr w:rsidR="003E54B2" w:rsidRPr="005903E0" w14:paraId="51384107" w14:textId="77777777">
        <w:trPr>
          <w:trHeight w:val="1008"/>
        </w:trPr>
        <w:tc>
          <w:tcPr>
            <w:tcW w:w="9072" w:type="dxa"/>
            <w:tcBorders>
              <w:top w:val="single" w:sz="6" w:space="0" w:color="9BAAC0"/>
              <w:left w:val="single" w:sz="6" w:space="0" w:color="9BAAC0"/>
              <w:bottom w:val="single" w:sz="6" w:space="0" w:color="9BAAC0"/>
              <w:right w:val="single" w:sz="6" w:space="0" w:color="9BAAC0"/>
            </w:tcBorders>
          </w:tcPr>
          <w:p w14:paraId="056AA66B" w14:textId="77777777" w:rsidR="003E54B2" w:rsidRDefault="003E54B2" w:rsidP="009A36DD">
            <w:pPr>
              <w:spacing w:after="0"/>
              <w:rPr>
                <w:rFonts w:asciiTheme="minorBidi" w:hAnsiTheme="minorBidi"/>
                <w:sz w:val="22"/>
              </w:rPr>
            </w:pPr>
          </w:p>
          <w:p w14:paraId="0DA62210" w14:textId="77777777" w:rsidR="00916BEF" w:rsidRDefault="00916BEF" w:rsidP="009A36DD">
            <w:pPr>
              <w:spacing w:after="0"/>
              <w:rPr>
                <w:rFonts w:asciiTheme="minorBidi" w:hAnsiTheme="minorBidi"/>
                <w:sz w:val="22"/>
              </w:rPr>
            </w:pPr>
          </w:p>
          <w:p w14:paraId="0AEE589B" w14:textId="77777777" w:rsidR="00046565" w:rsidRDefault="00046565" w:rsidP="009A36DD">
            <w:pPr>
              <w:spacing w:after="0"/>
              <w:rPr>
                <w:rFonts w:asciiTheme="minorBidi" w:hAnsiTheme="minorBidi"/>
                <w:sz w:val="22"/>
              </w:rPr>
            </w:pPr>
          </w:p>
          <w:p w14:paraId="006FE279" w14:textId="77777777" w:rsidR="00046565" w:rsidRDefault="00046565" w:rsidP="009A36DD">
            <w:pPr>
              <w:spacing w:after="0"/>
              <w:rPr>
                <w:rFonts w:asciiTheme="minorBidi" w:hAnsiTheme="minorBidi"/>
                <w:sz w:val="22"/>
              </w:rPr>
            </w:pPr>
          </w:p>
          <w:p w14:paraId="1684DF50" w14:textId="77777777" w:rsidR="00046565" w:rsidRDefault="00046565" w:rsidP="009A36DD">
            <w:pPr>
              <w:spacing w:after="0"/>
              <w:rPr>
                <w:rFonts w:asciiTheme="minorBidi" w:hAnsiTheme="minorBidi"/>
                <w:sz w:val="22"/>
              </w:rPr>
            </w:pPr>
          </w:p>
          <w:p w14:paraId="47F586DC" w14:textId="77777777" w:rsidR="00046565" w:rsidRDefault="00046565" w:rsidP="009A36DD">
            <w:pPr>
              <w:spacing w:after="0"/>
              <w:rPr>
                <w:rFonts w:asciiTheme="minorBidi" w:hAnsiTheme="minorBidi"/>
                <w:sz w:val="22"/>
              </w:rPr>
            </w:pPr>
          </w:p>
          <w:p w14:paraId="08270663" w14:textId="77777777" w:rsidR="00046565" w:rsidRDefault="00046565" w:rsidP="009A36DD">
            <w:pPr>
              <w:spacing w:after="0"/>
              <w:rPr>
                <w:rFonts w:asciiTheme="minorBidi" w:hAnsiTheme="minorBidi"/>
                <w:sz w:val="22"/>
              </w:rPr>
            </w:pPr>
          </w:p>
          <w:p w14:paraId="69A6B19F" w14:textId="77777777" w:rsidR="00916BEF" w:rsidRDefault="00916BEF" w:rsidP="009A36DD">
            <w:pPr>
              <w:spacing w:after="0"/>
              <w:rPr>
                <w:rFonts w:asciiTheme="minorBidi" w:hAnsiTheme="minorBidi"/>
                <w:sz w:val="22"/>
              </w:rPr>
            </w:pPr>
          </w:p>
          <w:p w14:paraId="00C348CE" w14:textId="77777777" w:rsidR="00916BEF" w:rsidRDefault="00916BEF" w:rsidP="009A36DD">
            <w:pPr>
              <w:spacing w:after="0"/>
              <w:rPr>
                <w:rFonts w:asciiTheme="minorBidi" w:hAnsiTheme="minorBidi"/>
                <w:sz w:val="22"/>
              </w:rPr>
            </w:pPr>
          </w:p>
          <w:p w14:paraId="6FA9DA02" w14:textId="77777777" w:rsidR="00916BEF" w:rsidRDefault="00916BEF" w:rsidP="009A36DD">
            <w:pPr>
              <w:spacing w:after="0"/>
              <w:rPr>
                <w:rFonts w:asciiTheme="minorBidi" w:hAnsiTheme="minorBidi"/>
                <w:sz w:val="22"/>
              </w:rPr>
            </w:pPr>
          </w:p>
          <w:p w14:paraId="1EE37612" w14:textId="77777777" w:rsidR="00916BEF" w:rsidRDefault="00916BEF" w:rsidP="009A36DD">
            <w:pPr>
              <w:spacing w:after="0"/>
              <w:rPr>
                <w:rFonts w:asciiTheme="minorBidi" w:hAnsiTheme="minorBidi"/>
                <w:sz w:val="22"/>
              </w:rPr>
            </w:pPr>
          </w:p>
          <w:p w14:paraId="76058B01" w14:textId="77777777" w:rsidR="00916BEF" w:rsidRDefault="00916BEF" w:rsidP="009A36DD">
            <w:pPr>
              <w:spacing w:after="0"/>
              <w:rPr>
                <w:rFonts w:asciiTheme="minorBidi" w:hAnsiTheme="minorBidi"/>
                <w:sz w:val="22"/>
              </w:rPr>
            </w:pPr>
          </w:p>
          <w:p w14:paraId="57C8F164" w14:textId="77777777" w:rsidR="00916BEF" w:rsidRDefault="00916BEF" w:rsidP="009A36DD">
            <w:pPr>
              <w:spacing w:after="0"/>
              <w:rPr>
                <w:rFonts w:asciiTheme="minorBidi" w:hAnsiTheme="minorBidi"/>
                <w:sz w:val="22"/>
              </w:rPr>
            </w:pPr>
          </w:p>
          <w:p w14:paraId="2F523001" w14:textId="77777777" w:rsidR="00916BEF" w:rsidRDefault="00916BEF" w:rsidP="009A36DD">
            <w:pPr>
              <w:spacing w:after="0"/>
              <w:rPr>
                <w:rFonts w:asciiTheme="minorBidi" w:hAnsiTheme="minorBidi"/>
                <w:sz w:val="22"/>
              </w:rPr>
            </w:pPr>
          </w:p>
          <w:p w14:paraId="3EE779CB" w14:textId="77777777" w:rsidR="00916BEF" w:rsidRPr="005903E0" w:rsidRDefault="00916BEF" w:rsidP="009A36DD">
            <w:pPr>
              <w:spacing w:after="0"/>
              <w:rPr>
                <w:rFonts w:asciiTheme="minorBidi" w:hAnsiTheme="minorBidi"/>
                <w:sz w:val="22"/>
              </w:rPr>
            </w:pPr>
          </w:p>
        </w:tc>
      </w:tr>
    </w:tbl>
    <w:p w14:paraId="7623930A" w14:textId="77777777" w:rsidR="003E54B2" w:rsidRPr="005903E0" w:rsidRDefault="003E54B2" w:rsidP="009A36DD">
      <w:pPr>
        <w:spacing w:after="0"/>
        <w:rPr>
          <w:rFonts w:asciiTheme="minorBidi" w:hAnsiTheme="minorBidi"/>
          <w:sz w:val="22"/>
        </w:rPr>
      </w:pPr>
    </w:p>
    <w:tbl>
      <w:tblPr>
        <w:tblW w:w="0" w:type="auto"/>
        <w:tblLayout w:type="fixed"/>
        <w:tblLook w:val="04A0" w:firstRow="1" w:lastRow="0" w:firstColumn="1" w:lastColumn="0" w:noHBand="0" w:noVBand="1"/>
      </w:tblPr>
      <w:tblGrid>
        <w:gridCol w:w="9072"/>
      </w:tblGrid>
      <w:tr w:rsidR="003E54B2" w:rsidRPr="005903E0" w14:paraId="4750820B" w14:textId="77777777">
        <w:tc>
          <w:tcPr>
            <w:tcW w:w="9072" w:type="dxa"/>
            <w:tcBorders>
              <w:top w:val="nil"/>
              <w:left w:val="nil"/>
              <w:bottom w:val="nil"/>
              <w:right w:val="nil"/>
            </w:tcBorders>
            <w:shd w:val="clear" w:color="auto" w:fill="23466E"/>
          </w:tcPr>
          <w:p w14:paraId="4DCCDD3E" w14:textId="77777777" w:rsidR="003E54B2" w:rsidRPr="005903E0" w:rsidRDefault="00D907BE" w:rsidP="009A36DD">
            <w:pPr>
              <w:spacing w:before="40" w:after="0"/>
              <w:ind w:left="115"/>
              <w:rPr>
                <w:rFonts w:asciiTheme="minorBidi" w:hAnsiTheme="minorBidi"/>
                <w:sz w:val="22"/>
              </w:rPr>
            </w:pPr>
            <w:r w:rsidRPr="005903E0">
              <w:rPr>
                <w:rFonts w:asciiTheme="minorBidi" w:hAnsiTheme="minorBidi"/>
                <w:b/>
                <w:color w:val="FFFFFF"/>
                <w:sz w:val="22"/>
              </w:rPr>
              <w:lastRenderedPageBreak/>
              <w:t>Phase 3: Analyze &amp; Explain</w:t>
            </w:r>
          </w:p>
        </w:tc>
      </w:tr>
    </w:tbl>
    <w:p w14:paraId="02053DB8" w14:textId="62035DAE" w:rsidR="003E54B2" w:rsidRPr="005903E0" w:rsidRDefault="004742AB" w:rsidP="009A36DD">
      <w:pPr>
        <w:spacing w:after="0"/>
        <w:rPr>
          <w:rFonts w:asciiTheme="minorBidi" w:hAnsiTheme="minorBidi"/>
          <w:sz w:val="22"/>
        </w:rPr>
      </w:pPr>
      <w:r w:rsidRPr="005903E0">
        <w:rPr>
          <w:rFonts w:asciiTheme="minorBidi" w:hAnsiTheme="minorBidi"/>
          <w:i/>
          <w:sz w:val="22"/>
        </w:rPr>
        <w:t>Complete this part on your own, using the team's labeled model and point log.</w:t>
      </w:r>
    </w:p>
    <w:p w14:paraId="1E1D7E75" w14:textId="17D54709" w:rsidR="003E54B2" w:rsidRDefault="004742AB" w:rsidP="009A36DD">
      <w:pPr>
        <w:spacing w:before="120" w:after="0"/>
        <w:rPr>
          <w:rFonts w:asciiTheme="minorBidi" w:hAnsiTheme="minorBidi"/>
          <w:b/>
          <w:sz w:val="22"/>
        </w:rPr>
      </w:pPr>
      <w:r w:rsidRPr="005903E0">
        <w:rPr>
          <w:rFonts w:asciiTheme="minorBidi" w:hAnsiTheme="minorBidi"/>
          <w:b/>
          <w:sz w:val="22"/>
        </w:rPr>
        <w:t>Look for the patterns in your own model. Complete each sentence below using evidence from your labeled points. (Example: As the car's height increases, its potential energy increases.)</w:t>
      </w:r>
    </w:p>
    <w:p w14:paraId="12947314" w14:textId="77777777" w:rsidR="00916BEF" w:rsidRPr="005903E0" w:rsidRDefault="00916BEF" w:rsidP="009A36DD">
      <w:pPr>
        <w:spacing w:before="120" w:after="0"/>
        <w:rPr>
          <w:rFonts w:asciiTheme="minorBidi" w:hAnsiTheme="minorBidi"/>
          <w:sz w:val="22"/>
        </w:rPr>
      </w:pPr>
    </w:p>
    <w:tbl>
      <w:tblPr>
        <w:tblW w:w="9828" w:type="dxa"/>
        <w:tblLayout w:type="fixed"/>
        <w:tblLook w:val="04A0" w:firstRow="1" w:lastRow="0" w:firstColumn="1" w:lastColumn="0" w:noHBand="0" w:noVBand="1"/>
      </w:tblPr>
      <w:tblGrid>
        <w:gridCol w:w="9828"/>
      </w:tblGrid>
      <w:tr w:rsidR="003E54B2" w:rsidRPr="005903E0" w14:paraId="4AC6DB5B" w14:textId="77777777" w:rsidTr="00872DF6">
        <w:trPr>
          <w:trHeight w:val="792"/>
        </w:trPr>
        <w:tc>
          <w:tcPr>
            <w:tcW w:w="9828" w:type="dxa"/>
            <w:tcBorders>
              <w:top w:val="single" w:sz="6" w:space="0" w:color="9BAAC0"/>
              <w:left w:val="single" w:sz="6" w:space="0" w:color="9BAAC0"/>
              <w:bottom w:val="single" w:sz="6" w:space="0" w:color="9BAAC0"/>
              <w:right w:val="single" w:sz="6" w:space="0" w:color="9BAAC0"/>
            </w:tcBorders>
          </w:tcPr>
          <w:p w14:paraId="226750C2" w14:textId="77777777" w:rsidR="004742AB" w:rsidRPr="005903E0" w:rsidRDefault="004742AB" w:rsidP="009A36DD">
            <w:pPr>
              <w:spacing w:after="0"/>
              <w:ind w:left="72"/>
              <w:rPr>
                <w:rFonts w:asciiTheme="minorBidi" w:hAnsiTheme="minorBidi"/>
                <w:sz w:val="22"/>
              </w:rPr>
            </w:pPr>
            <w:r w:rsidRPr="005903E0">
              <w:rPr>
                <w:rFonts w:asciiTheme="minorBidi" w:hAnsiTheme="minorBidi"/>
                <w:sz w:val="22"/>
              </w:rPr>
              <w:t>As the car's height increases, its ______________ energy ______________.</w:t>
            </w:r>
          </w:p>
          <w:p w14:paraId="2770504E" w14:textId="77777777" w:rsidR="004742AB" w:rsidRPr="005903E0" w:rsidRDefault="004742AB" w:rsidP="009A36DD">
            <w:pPr>
              <w:spacing w:after="0"/>
              <w:ind w:left="72"/>
              <w:rPr>
                <w:rFonts w:asciiTheme="minorBidi" w:hAnsiTheme="minorBidi"/>
                <w:sz w:val="22"/>
              </w:rPr>
            </w:pPr>
            <w:r w:rsidRPr="005903E0">
              <w:rPr>
                <w:rFonts w:asciiTheme="minorBidi" w:hAnsiTheme="minorBidi"/>
                <w:sz w:val="22"/>
              </w:rPr>
              <w:t>As the car's speed increases, its ______________ energy ______________.</w:t>
            </w:r>
          </w:p>
          <w:p w14:paraId="21F8399C" w14:textId="1AC57B75" w:rsidR="003E54B2" w:rsidRPr="005903E0" w:rsidRDefault="004742AB" w:rsidP="009A36DD">
            <w:pPr>
              <w:spacing w:after="0"/>
              <w:ind w:left="72"/>
              <w:rPr>
                <w:rFonts w:asciiTheme="minorBidi" w:hAnsiTheme="minorBidi"/>
                <w:sz w:val="22"/>
              </w:rPr>
            </w:pPr>
            <w:r w:rsidRPr="005903E0">
              <w:rPr>
                <w:rFonts w:asciiTheme="minorBidi" w:hAnsiTheme="minorBidi"/>
                <w:sz w:val="22"/>
              </w:rPr>
              <w:t>As friction acts on the car, some of its mechanical energy ______________.</w:t>
            </w:r>
          </w:p>
        </w:tc>
      </w:tr>
    </w:tbl>
    <w:p w14:paraId="49DA090D" w14:textId="77777777" w:rsidR="003E54B2" w:rsidRPr="005903E0" w:rsidRDefault="003E54B2" w:rsidP="009A36DD">
      <w:pPr>
        <w:spacing w:after="0"/>
        <w:rPr>
          <w:rFonts w:asciiTheme="minorBidi" w:hAnsiTheme="minorBidi"/>
          <w:sz w:val="22"/>
        </w:rPr>
      </w:pPr>
    </w:p>
    <w:p w14:paraId="4C9A0D24" w14:textId="099B3C0A" w:rsidR="003E54B2" w:rsidRPr="005903E0" w:rsidRDefault="004742AB" w:rsidP="009A36DD">
      <w:pPr>
        <w:spacing w:before="120" w:after="0"/>
        <w:rPr>
          <w:rFonts w:asciiTheme="minorBidi" w:hAnsiTheme="minorBidi"/>
          <w:sz w:val="22"/>
        </w:rPr>
      </w:pPr>
      <w:r w:rsidRPr="005903E0">
        <w:rPr>
          <w:rFonts w:asciiTheme="minorBidi" w:hAnsiTheme="minorBidi"/>
          <w:b/>
          <w:sz w:val="22"/>
        </w:rPr>
        <w:t>Now fill in each blank using evidence from your model:</w:t>
      </w:r>
    </w:p>
    <w:tbl>
      <w:tblPr>
        <w:tblW w:w="9828" w:type="dxa"/>
        <w:tblLayout w:type="fixed"/>
        <w:tblLook w:val="04A0" w:firstRow="1" w:lastRow="0" w:firstColumn="1" w:lastColumn="0" w:noHBand="0" w:noVBand="1"/>
      </w:tblPr>
      <w:tblGrid>
        <w:gridCol w:w="9828"/>
      </w:tblGrid>
      <w:tr w:rsidR="003E54B2" w:rsidRPr="005903E0" w14:paraId="3D328BD6" w14:textId="77777777" w:rsidTr="00872DF6">
        <w:trPr>
          <w:trHeight w:val="792"/>
        </w:trPr>
        <w:tc>
          <w:tcPr>
            <w:tcW w:w="9828" w:type="dxa"/>
            <w:tcBorders>
              <w:top w:val="single" w:sz="6" w:space="0" w:color="9BAAC0"/>
              <w:left w:val="single" w:sz="6" w:space="0" w:color="9BAAC0"/>
              <w:bottom w:val="single" w:sz="6" w:space="0" w:color="9BAAC0"/>
              <w:right w:val="single" w:sz="6" w:space="0" w:color="9BAAC0"/>
            </w:tcBorders>
          </w:tcPr>
          <w:p w14:paraId="07539507" w14:textId="77777777" w:rsidR="004742AB" w:rsidRPr="005903E0" w:rsidRDefault="004742AB" w:rsidP="009A36DD">
            <w:pPr>
              <w:spacing w:after="0"/>
              <w:ind w:left="72"/>
              <w:rPr>
                <w:rFonts w:asciiTheme="minorBidi" w:hAnsiTheme="minorBidi"/>
                <w:sz w:val="22"/>
              </w:rPr>
            </w:pPr>
            <w:r w:rsidRPr="005903E0">
              <w:rPr>
                <w:rFonts w:asciiTheme="minorBidi" w:hAnsiTheme="minorBidi"/>
                <w:sz w:val="22"/>
              </w:rPr>
              <w:t>The kinetic energy in my model is greatest at ______________________________________________</w:t>
            </w:r>
          </w:p>
          <w:p w14:paraId="1B1EC3A1" w14:textId="77777777" w:rsidR="004742AB" w:rsidRPr="005903E0" w:rsidRDefault="004742AB" w:rsidP="009A36DD">
            <w:pPr>
              <w:spacing w:after="0"/>
              <w:ind w:left="72"/>
              <w:rPr>
                <w:rFonts w:asciiTheme="minorBidi" w:hAnsiTheme="minorBidi"/>
                <w:sz w:val="22"/>
              </w:rPr>
            </w:pPr>
            <w:r w:rsidRPr="005903E0">
              <w:rPr>
                <w:rFonts w:asciiTheme="minorBidi" w:hAnsiTheme="minorBidi"/>
                <w:sz w:val="22"/>
              </w:rPr>
              <w:t>The potential energy in my model is greatest at ______________________________________________</w:t>
            </w:r>
          </w:p>
          <w:p w14:paraId="5683B1C6" w14:textId="77777777" w:rsidR="004742AB" w:rsidRPr="005903E0" w:rsidRDefault="004742AB" w:rsidP="009A36DD">
            <w:pPr>
              <w:spacing w:after="0"/>
              <w:ind w:left="72"/>
              <w:rPr>
                <w:rFonts w:asciiTheme="minorBidi" w:hAnsiTheme="minorBidi"/>
                <w:sz w:val="22"/>
              </w:rPr>
            </w:pPr>
            <w:r w:rsidRPr="005903E0">
              <w:rPr>
                <w:rFonts w:asciiTheme="minorBidi" w:hAnsiTheme="minorBidi"/>
                <w:sz w:val="22"/>
              </w:rPr>
              <w:t>Energy is lost to thermal energy (friction) at ______________________________________________</w:t>
            </w:r>
          </w:p>
          <w:p w14:paraId="1A1BF27E" w14:textId="1547E6DA" w:rsidR="003E54B2" w:rsidRPr="005903E0" w:rsidRDefault="004742AB" w:rsidP="009A36DD">
            <w:pPr>
              <w:spacing w:after="0"/>
              <w:ind w:left="72"/>
              <w:rPr>
                <w:rFonts w:asciiTheme="minorBidi" w:hAnsiTheme="minorBidi"/>
                <w:sz w:val="22"/>
              </w:rPr>
            </w:pPr>
            <w:r w:rsidRPr="005903E0">
              <w:rPr>
                <w:rFonts w:asciiTheme="minorBidi" w:hAnsiTheme="minorBidi"/>
                <w:sz w:val="22"/>
              </w:rPr>
              <w:t>Even so, the total amount of energy in my system stays the ___________________________________________________</w:t>
            </w:r>
          </w:p>
        </w:tc>
      </w:tr>
    </w:tbl>
    <w:p w14:paraId="572B7632" w14:textId="77777777" w:rsidR="003E54B2" w:rsidRPr="005903E0" w:rsidRDefault="003E54B2" w:rsidP="009A36DD">
      <w:pPr>
        <w:spacing w:after="0"/>
        <w:rPr>
          <w:rFonts w:asciiTheme="minorBidi" w:hAnsiTheme="minorBidi"/>
          <w:sz w:val="22"/>
        </w:rPr>
      </w:pPr>
    </w:p>
    <w:p w14:paraId="0ABD894A" w14:textId="77777777" w:rsidR="009A36DD" w:rsidRDefault="004742AB" w:rsidP="009A36DD">
      <w:pPr>
        <w:spacing w:before="120" w:after="0"/>
        <w:rPr>
          <w:rFonts w:asciiTheme="minorBidi" w:hAnsiTheme="minorBidi"/>
          <w:b/>
          <w:sz w:val="22"/>
        </w:rPr>
      </w:pPr>
      <w:r w:rsidRPr="005903E0">
        <w:rPr>
          <w:rFonts w:asciiTheme="minorBidi" w:hAnsiTheme="minorBidi"/>
          <w:b/>
          <w:sz w:val="22"/>
        </w:rPr>
        <w:t xml:space="preserve">Write your </w:t>
      </w:r>
      <w:r w:rsidR="00916BEF">
        <w:rPr>
          <w:rFonts w:asciiTheme="minorBidi" w:hAnsiTheme="minorBidi"/>
          <w:b/>
          <w:sz w:val="22"/>
        </w:rPr>
        <w:t>f</w:t>
      </w:r>
      <w:r w:rsidRPr="005903E0">
        <w:rPr>
          <w:rFonts w:asciiTheme="minorBidi" w:hAnsiTheme="minorBidi"/>
          <w:b/>
          <w:sz w:val="22"/>
        </w:rPr>
        <w:t xml:space="preserve">inal </w:t>
      </w:r>
      <w:r w:rsidR="00916BEF">
        <w:rPr>
          <w:rFonts w:asciiTheme="minorBidi" w:hAnsiTheme="minorBidi"/>
          <w:b/>
          <w:sz w:val="22"/>
        </w:rPr>
        <w:t>m</w:t>
      </w:r>
      <w:r w:rsidRPr="005903E0">
        <w:rPr>
          <w:rFonts w:asciiTheme="minorBidi" w:hAnsiTheme="minorBidi"/>
          <w:b/>
          <w:sz w:val="22"/>
        </w:rPr>
        <w:t xml:space="preserve">odel paragraph: </w:t>
      </w:r>
    </w:p>
    <w:p w14:paraId="3B07EBB7" w14:textId="747A167C" w:rsidR="00916BEF" w:rsidRPr="009A36DD" w:rsidRDefault="004742AB" w:rsidP="009A36DD">
      <w:pPr>
        <w:pStyle w:val="ListParagraph"/>
        <w:numPr>
          <w:ilvl w:val="0"/>
          <w:numId w:val="10"/>
        </w:numPr>
        <w:spacing w:before="120" w:after="0"/>
        <w:rPr>
          <w:rFonts w:asciiTheme="minorBidi" w:hAnsiTheme="minorBidi"/>
          <w:b/>
          <w:sz w:val="22"/>
        </w:rPr>
      </w:pPr>
      <w:r w:rsidRPr="009A36DD">
        <w:rPr>
          <w:rFonts w:asciiTheme="minorBidi" w:hAnsiTheme="minorBidi"/>
          <w:b/>
          <w:sz w:val="22"/>
        </w:rPr>
        <w:t xml:space="preserve">Walk your reader through your model from start to finish, point by point. </w:t>
      </w:r>
    </w:p>
    <w:p w14:paraId="0C942669" w14:textId="77777777" w:rsidR="009A36DD" w:rsidRPr="009A36DD" w:rsidRDefault="004742AB" w:rsidP="009A36DD">
      <w:pPr>
        <w:pStyle w:val="ListParagraph"/>
        <w:numPr>
          <w:ilvl w:val="0"/>
          <w:numId w:val="10"/>
        </w:numPr>
        <w:spacing w:before="120" w:after="0"/>
        <w:rPr>
          <w:rFonts w:asciiTheme="minorBidi" w:hAnsiTheme="minorBidi"/>
          <w:b/>
          <w:sz w:val="22"/>
        </w:rPr>
      </w:pPr>
      <w:r w:rsidRPr="009A36DD">
        <w:rPr>
          <w:rFonts w:asciiTheme="minorBidi" w:hAnsiTheme="minorBidi"/>
          <w:b/>
          <w:sz w:val="22"/>
        </w:rPr>
        <w:t xml:space="preserve">Explain where your car's potential energy comes from, give evidence for how its kinetic energy changes as it moves, and explain what happens to the energy that converts to heat due to friction. </w:t>
      </w:r>
    </w:p>
    <w:p w14:paraId="396233C2" w14:textId="24488146" w:rsidR="003E54B2" w:rsidRPr="009A36DD" w:rsidRDefault="004742AB" w:rsidP="009A36DD">
      <w:pPr>
        <w:pStyle w:val="ListParagraph"/>
        <w:numPr>
          <w:ilvl w:val="0"/>
          <w:numId w:val="10"/>
        </w:numPr>
        <w:spacing w:before="120" w:after="0"/>
        <w:rPr>
          <w:rFonts w:asciiTheme="minorBidi" w:hAnsiTheme="minorBidi"/>
          <w:sz w:val="22"/>
        </w:rPr>
      </w:pPr>
      <w:r w:rsidRPr="009A36DD">
        <w:rPr>
          <w:rFonts w:asciiTheme="minorBidi" w:hAnsiTheme="minorBidi"/>
          <w:b/>
          <w:sz w:val="22"/>
        </w:rPr>
        <w:t>Your paragraph MUST use all eight of these words: kinetic energy, potential energy, mass, speed, height, work, gravity, force.</w:t>
      </w:r>
    </w:p>
    <w:tbl>
      <w:tblPr>
        <w:tblW w:w="9828" w:type="dxa"/>
        <w:tblLayout w:type="fixed"/>
        <w:tblLook w:val="04A0" w:firstRow="1" w:lastRow="0" w:firstColumn="1" w:lastColumn="0" w:noHBand="0" w:noVBand="1"/>
      </w:tblPr>
      <w:tblGrid>
        <w:gridCol w:w="9828"/>
      </w:tblGrid>
      <w:tr w:rsidR="003E54B2" w:rsidRPr="005903E0" w14:paraId="494E47F0" w14:textId="77777777" w:rsidTr="00872DF6">
        <w:trPr>
          <w:trHeight w:val="2160"/>
        </w:trPr>
        <w:tc>
          <w:tcPr>
            <w:tcW w:w="9828" w:type="dxa"/>
            <w:tcBorders>
              <w:top w:val="single" w:sz="6" w:space="0" w:color="9BAAC0"/>
              <w:left w:val="single" w:sz="6" w:space="0" w:color="9BAAC0"/>
              <w:bottom w:val="single" w:sz="6" w:space="0" w:color="9BAAC0"/>
              <w:right w:val="single" w:sz="6" w:space="0" w:color="9BAAC0"/>
            </w:tcBorders>
          </w:tcPr>
          <w:p w14:paraId="3B743C15" w14:textId="77777777" w:rsidR="003E54B2" w:rsidRDefault="003E54B2" w:rsidP="009A36DD">
            <w:pPr>
              <w:spacing w:after="0"/>
              <w:rPr>
                <w:rFonts w:asciiTheme="minorBidi" w:hAnsiTheme="minorBidi"/>
                <w:sz w:val="22"/>
              </w:rPr>
            </w:pPr>
          </w:p>
          <w:p w14:paraId="0FCDE97F" w14:textId="77777777" w:rsidR="00046565" w:rsidRDefault="00046565" w:rsidP="009A36DD">
            <w:pPr>
              <w:spacing w:after="0"/>
              <w:rPr>
                <w:rFonts w:asciiTheme="minorBidi" w:hAnsiTheme="minorBidi"/>
                <w:sz w:val="22"/>
              </w:rPr>
            </w:pPr>
          </w:p>
          <w:p w14:paraId="71A5271E" w14:textId="77777777" w:rsidR="00046565" w:rsidRDefault="00046565" w:rsidP="009A36DD">
            <w:pPr>
              <w:spacing w:after="0"/>
              <w:rPr>
                <w:rFonts w:asciiTheme="minorBidi" w:hAnsiTheme="minorBidi"/>
                <w:sz w:val="22"/>
              </w:rPr>
            </w:pPr>
          </w:p>
          <w:p w14:paraId="472A6251" w14:textId="77777777" w:rsidR="00046565" w:rsidRDefault="00046565" w:rsidP="009A36DD">
            <w:pPr>
              <w:spacing w:after="0"/>
              <w:rPr>
                <w:rFonts w:asciiTheme="minorBidi" w:hAnsiTheme="minorBidi"/>
                <w:sz w:val="22"/>
              </w:rPr>
            </w:pPr>
          </w:p>
          <w:p w14:paraId="733FA784" w14:textId="77777777" w:rsidR="00046565" w:rsidRDefault="00046565" w:rsidP="009A36DD">
            <w:pPr>
              <w:spacing w:after="0"/>
              <w:rPr>
                <w:rFonts w:asciiTheme="minorBidi" w:hAnsiTheme="minorBidi"/>
                <w:sz w:val="22"/>
              </w:rPr>
            </w:pPr>
          </w:p>
          <w:p w14:paraId="66FC4258" w14:textId="77777777" w:rsidR="00046565" w:rsidRDefault="00046565" w:rsidP="009A36DD">
            <w:pPr>
              <w:spacing w:after="0"/>
              <w:rPr>
                <w:rFonts w:asciiTheme="minorBidi" w:hAnsiTheme="minorBidi"/>
                <w:sz w:val="22"/>
              </w:rPr>
            </w:pPr>
          </w:p>
          <w:p w14:paraId="2A89CDCD" w14:textId="77777777" w:rsidR="00046565" w:rsidRDefault="00046565" w:rsidP="009A36DD">
            <w:pPr>
              <w:spacing w:after="0"/>
              <w:rPr>
                <w:rFonts w:asciiTheme="minorBidi" w:hAnsiTheme="minorBidi"/>
                <w:sz w:val="22"/>
              </w:rPr>
            </w:pPr>
          </w:p>
          <w:p w14:paraId="036978AD" w14:textId="77777777" w:rsidR="00046565" w:rsidRDefault="00046565" w:rsidP="009A36DD">
            <w:pPr>
              <w:spacing w:after="0"/>
              <w:rPr>
                <w:rFonts w:asciiTheme="minorBidi" w:hAnsiTheme="minorBidi"/>
                <w:sz w:val="22"/>
              </w:rPr>
            </w:pPr>
          </w:p>
          <w:p w14:paraId="4548F0D8" w14:textId="77777777" w:rsidR="00046565" w:rsidRDefault="00046565" w:rsidP="009A36DD">
            <w:pPr>
              <w:spacing w:after="0"/>
              <w:rPr>
                <w:rFonts w:asciiTheme="minorBidi" w:hAnsiTheme="minorBidi"/>
                <w:sz w:val="22"/>
              </w:rPr>
            </w:pPr>
          </w:p>
          <w:p w14:paraId="00EB7785" w14:textId="77777777" w:rsidR="00046565" w:rsidRDefault="00046565" w:rsidP="009A36DD">
            <w:pPr>
              <w:spacing w:after="0"/>
              <w:rPr>
                <w:rFonts w:asciiTheme="minorBidi" w:hAnsiTheme="minorBidi"/>
                <w:sz w:val="22"/>
              </w:rPr>
            </w:pPr>
          </w:p>
          <w:p w14:paraId="25C6F382" w14:textId="77777777" w:rsidR="00046565" w:rsidRDefault="00046565" w:rsidP="009A36DD">
            <w:pPr>
              <w:spacing w:after="0"/>
              <w:rPr>
                <w:rFonts w:asciiTheme="minorBidi" w:hAnsiTheme="minorBidi"/>
                <w:sz w:val="22"/>
              </w:rPr>
            </w:pPr>
          </w:p>
          <w:p w14:paraId="076859EB" w14:textId="6060E2CB" w:rsidR="00046565" w:rsidRPr="005903E0" w:rsidRDefault="00046565" w:rsidP="009A36DD">
            <w:pPr>
              <w:spacing w:after="0"/>
              <w:rPr>
                <w:rFonts w:asciiTheme="minorBidi" w:hAnsiTheme="minorBidi"/>
                <w:sz w:val="22"/>
              </w:rPr>
            </w:pPr>
          </w:p>
        </w:tc>
      </w:tr>
    </w:tbl>
    <w:p w14:paraId="5B2AAB89" w14:textId="77777777" w:rsidR="003E54B2" w:rsidRPr="005903E0" w:rsidRDefault="003E54B2" w:rsidP="009A36DD">
      <w:pPr>
        <w:spacing w:after="0"/>
        <w:rPr>
          <w:rFonts w:asciiTheme="minorBidi" w:hAnsiTheme="minorBidi"/>
          <w:sz w:val="22"/>
        </w:rPr>
      </w:pPr>
    </w:p>
    <w:sectPr w:rsidR="003E54B2" w:rsidRPr="005903E0" w:rsidSect="00034616">
      <w:headerReference w:type="default" r:id="rId8"/>
      <w:footerReference w:type="default" r:id="rId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C6E843" w14:textId="77777777" w:rsidR="00E3596B" w:rsidRDefault="00E3596B" w:rsidP="005903E0">
      <w:pPr>
        <w:spacing w:after="0" w:line="240" w:lineRule="auto"/>
      </w:pPr>
      <w:r>
        <w:separator/>
      </w:r>
    </w:p>
  </w:endnote>
  <w:endnote w:type="continuationSeparator" w:id="0">
    <w:p w14:paraId="57FE4EE4" w14:textId="77777777" w:rsidR="00E3596B" w:rsidRDefault="00E3596B" w:rsidP="00590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0CBEC" w14:textId="77777777" w:rsidR="005903E0" w:rsidRDefault="005903E0" w:rsidP="005903E0">
    <w:pPr>
      <w:tabs>
        <w:tab w:val="left" w:pos="6710"/>
      </w:tabs>
      <w:ind w:left="-720" w:right="-720"/>
      <w:rPr>
        <w:rFonts w:ascii="Open Sans" w:eastAsia="Open Sans" w:hAnsi="Open Sans" w:cs="Open Sans"/>
        <w:color w:val="6091BA"/>
        <w:sz w:val="16"/>
        <w:szCs w:val="16"/>
      </w:rPr>
    </w:pPr>
    <w:r>
      <w:rPr>
        <w:rFonts w:ascii="Open Sans" w:eastAsia="Open Sans" w:hAnsi="Open Sans" w:cs="Open Sans"/>
        <w:noProof/>
        <w:sz w:val="20"/>
        <w:szCs w:val="20"/>
      </w:rPr>
      <w:drawing>
        <wp:inline distT="0" distB="0" distL="0" distR="0" wp14:anchorId="6DAC0C7C" wp14:editId="7C67D872">
          <wp:extent cx="5943600" cy="488162"/>
          <wp:effectExtent l="0" t="0" r="0" b="7620"/>
          <wp:docPr id="15205178" name="Picture 1"/>
          <wp:cNvGraphicFramePr/>
          <a:graphic xmlns:a="http://schemas.openxmlformats.org/drawingml/2006/main">
            <a:graphicData uri="http://schemas.openxmlformats.org/drawingml/2006/picture">
              <pic:pic xmlns:pic="http://schemas.openxmlformats.org/drawingml/2006/picture">
                <pic:nvPicPr>
                  <pic:cNvPr id="223" name="Picture 1"/>
                  <pic:cNvPicPr preferRelativeResize="0"/>
                </pic:nvPicPr>
                <pic:blipFill rotWithShape="1">
                  <a:blip r:embed="rId1"/>
                  <a:srcRect l="105" r="-356" b="3605"/>
                  <a:stretch/>
                </pic:blipFill>
                <pic:spPr bwMode="auto">
                  <a:xfrm>
                    <a:off x="0" y="0"/>
                    <a:ext cx="5943600" cy="488162"/>
                  </a:xfrm>
                  <a:prstGeom prst="rect">
                    <a:avLst/>
                  </a:prstGeom>
                  <a:ln>
                    <a:noFill/>
                  </a:ln>
                  <a:extLst>
                    <a:ext uri="{53640926-AAD7-44D8-BBD7-CCE9431645EC}">
                      <a14:shadowObscured xmlns:a14="http://schemas.microsoft.com/office/drawing/2010/main"/>
                    </a:ext>
                  </a:extLst>
                </pic:spPr>
              </pic:pic>
            </a:graphicData>
          </a:graphic>
        </wp:inline>
      </w:drawing>
    </w:r>
  </w:p>
  <w:p w14:paraId="4F9BFD62" w14:textId="64FA05AD" w:rsidR="005903E0" w:rsidRPr="005903E0" w:rsidRDefault="005903E0" w:rsidP="005903E0">
    <w:pPr>
      <w:tabs>
        <w:tab w:val="left" w:pos="6710"/>
      </w:tabs>
      <w:ind w:left="-720" w:right="-720"/>
      <w:rPr>
        <w:rFonts w:ascii="Open Sans" w:eastAsia="Open Sans" w:hAnsi="Open Sans" w:cs="Open Sans"/>
        <w:color w:val="6091BA"/>
        <w:sz w:val="16"/>
        <w:szCs w:val="16"/>
      </w:rPr>
    </w:pPr>
    <w:r>
      <w:rPr>
        <w:rFonts w:asciiTheme="minorBidi" w:eastAsia="Open Sans" w:hAnsiTheme="minorBidi"/>
        <w:color w:val="6091BA"/>
        <w:sz w:val="18"/>
        <w:szCs w:val="18"/>
        <w:u w:val="single"/>
      </w:rPr>
      <w:t xml:space="preserve"> Roller Coaster Final Model </w:t>
    </w:r>
    <w:r w:rsidRPr="00852CFF">
      <w:rPr>
        <w:rFonts w:asciiTheme="minorBidi" w:eastAsia="Open Sans" w:hAnsiTheme="minorBidi"/>
        <w:color w:val="6091BA"/>
        <w:sz w:val="18"/>
        <w:szCs w:val="18"/>
        <w:u w:val="single"/>
      </w:rPr>
      <w:t xml:space="preserve">Activity – </w:t>
    </w:r>
    <w:r>
      <w:rPr>
        <w:rFonts w:asciiTheme="minorBidi" w:eastAsia="Open Sans" w:hAnsiTheme="minorBidi"/>
        <w:color w:val="6091BA"/>
        <w:sz w:val="18"/>
        <w:szCs w:val="18"/>
        <w:u w:val="single"/>
      </w:rPr>
      <w:t xml:space="preserve">Roller Coaster Final Model Handout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A1542E" w14:textId="77777777" w:rsidR="00E3596B" w:rsidRDefault="00E3596B" w:rsidP="005903E0">
      <w:pPr>
        <w:spacing w:after="0" w:line="240" w:lineRule="auto"/>
      </w:pPr>
      <w:r>
        <w:separator/>
      </w:r>
    </w:p>
  </w:footnote>
  <w:footnote w:type="continuationSeparator" w:id="0">
    <w:p w14:paraId="1EA107DA" w14:textId="77777777" w:rsidR="00E3596B" w:rsidRDefault="00E3596B" w:rsidP="00590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42D3A" w14:textId="57CE0378" w:rsidR="00F11AF7" w:rsidRPr="00F11AF7" w:rsidRDefault="00F11AF7" w:rsidP="00F11AF7">
    <w:pPr>
      <w:ind w:left="-720" w:right="-720"/>
      <w:rPr>
        <w:rFonts w:asciiTheme="minorBidi" w:eastAsia="Open Sans" w:hAnsiTheme="minorBidi"/>
        <w:b/>
        <w:bCs/>
        <w:color w:val="6091BA"/>
        <w:sz w:val="22"/>
      </w:rPr>
    </w:pPr>
    <w:r>
      <w:rPr>
        <w:rFonts w:asciiTheme="minorBidi" w:eastAsia="Open Sans" w:hAnsiTheme="minorBidi"/>
        <w:b/>
        <w:bCs/>
        <w:color w:val="6091BA"/>
        <w:sz w:val="22"/>
      </w:rPr>
      <w:t xml:space="preserve">             </w:t>
    </w:r>
    <w:r w:rsidRPr="00836C18">
      <w:rPr>
        <w:rFonts w:asciiTheme="minorBidi" w:eastAsia="Open Sans" w:hAnsiTheme="minorBidi"/>
        <w:b/>
        <w:bCs/>
        <w:color w:val="6091BA"/>
        <w:sz w:val="22"/>
      </w:rPr>
      <w:t xml:space="preserve">Name: </w:t>
    </w:r>
    <w:r w:rsidRPr="00836C18">
      <w:rPr>
        <w:rFonts w:asciiTheme="minorBidi" w:hAnsiTheme="minorBidi"/>
        <w:sz w:val="22"/>
      </w:rPr>
      <w:tab/>
    </w:r>
    <w:r w:rsidRPr="00836C18">
      <w:rPr>
        <w:rFonts w:asciiTheme="minorBidi" w:hAnsiTheme="minorBidi"/>
        <w:sz w:val="22"/>
      </w:rPr>
      <w:tab/>
    </w:r>
    <w:r w:rsidRPr="00836C18">
      <w:rPr>
        <w:rFonts w:asciiTheme="minorBidi" w:hAnsiTheme="minorBidi"/>
        <w:sz w:val="22"/>
      </w:rPr>
      <w:tab/>
    </w:r>
    <w:r w:rsidRPr="00836C18">
      <w:rPr>
        <w:rFonts w:asciiTheme="minorBidi" w:hAnsiTheme="minorBidi"/>
        <w:sz w:val="22"/>
      </w:rPr>
      <w:tab/>
    </w:r>
    <w:r w:rsidRPr="00836C18">
      <w:rPr>
        <w:rFonts w:asciiTheme="minorBidi" w:hAnsiTheme="minorBidi"/>
        <w:sz w:val="22"/>
      </w:rPr>
      <w:tab/>
    </w:r>
    <w:r w:rsidRPr="00836C18">
      <w:rPr>
        <w:rFonts w:asciiTheme="minorBidi" w:hAnsiTheme="minorBidi"/>
        <w:sz w:val="22"/>
      </w:rPr>
      <w:tab/>
    </w:r>
    <w:r w:rsidRPr="00836C18">
      <w:rPr>
        <w:rFonts w:asciiTheme="minorBidi" w:eastAsia="Open Sans" w:hAnsiTheme="minorBidi"/>
        <w:b/>
        <w:bCs/>
        <w:color w:val="6091BA"/>
        <w:sz w:val="22"/>
      </w:rPr>
      <w:t>Date:</w:t>
    </w:r>
    <w:r w:rsidRPr="00836C18">
      <w:rPr>
        <w:rFonts w:asciiTheme="minorBidi" w:hAnsiTheme="minorBidi"/>
        <w:sz w:val="22"/>
      </w:rPr>
      <w:tab/>
    </w:r>
    <w:r w:rsidRPr="00836C18">
      <w:rPr>
        <w:rFonts w:asciiTheme="minorBidi" w:hAnsiTheme="minorBidi"/>
        <w:sz w:val="22"/>
      </w:rPr>
      <w:tab/>
    </w:r>
    <w:r w:rsidRPr="00836C18">
      <w:rPr>
        <w:rFonts w:asciiTheme="minorBidi" w:hAnsiTheme="minorBidi"/>
        <w:sz w:val="22"/>
      </w:rPr>
      <w:tab/>
    </w:r>
    <w:r w:rsidRPr="00836C18">
      <w:rPr>
        <w:rFonts w:asciiTheme="minorBidi" w:eastAsia="Open Sans" w:hAnsiTheme="minorBidi"/>
        <w:b/>
        <w:bCs/>
        <w:color w:val="6091BA"/>
        <w:sz w:val="22"/>
      </w:rPr>
      <w:t xml:space="preserve">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514D03"/>
    <w:multiLevelType w:val="hybridMultilevel"/>
    <w:tmpl w:val="7AD00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756662">
    <w:abstractNumId w:val="8"/>
  </w:num>
  <w:num w:numId="2" w16cid:durableId="230623648">
    <w:abstractNumId w:val="6"/>
  </w:num>
  <w:num w:numId="3" w16cid:durableId="128938984">
    <w:abstractNumId w:val="5"/>
  </w:num>
  <w:num w:numId="4" w16cid:durableId="1493906339">
    <w:abstractNumId w:val="4"/>
  </w:num>
  <w:num w:numId="5" w16cid:durableId="146286239">
    <w:abstractNumId w:val="7"/>
  </w:num>
  <w:num w:numId="6" w16cid:durableId="24790481">
    <w:abstractNumId w:val="3"/>
  </w:num>
  <w:num w:numId="7" w16cid:durableId="1868837361">
    <w:abstractNumId w:val="2"/>
  </w:num>
  <w:num w:numId="8" w16cid:durableId="1696999667">
    <w:abstractNumId w:val="1"/>
  </w:num>
  <w:num w:numId="9" w16cid:durableId="1044253180">
    <w:abstractNumId w:val="0"/>
  </w:num>
  <w:num w:numId="10" w16cid:durableId="4194471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7E8"/>
    <w:rsid w:val="00034616"/>
    <w:rsid w:val="00046565"/>
    <w:rsid w:val="0006063C"/>
    <w:rsid w:val="000710F8"/>
    <w:rsid w:val="000870AE"/>
    <w:rsid w:val="00087FBD"/>
    <w:rsid w:val="00100670"/>
    <w:rsid w:val="0015074B"/>
    <w:rsid w:val="00280712"/>
    <w:rsid w:val="0029639D"/>
    <w:rsid w:val="002F7A96"/>
    <w:rsid w:val="00326F90"/>
    <w:rsid w:val="003E54B2"/>
    <w:rsid w:val="0041553D"/>
    <w:rsid w:val="004742AB"/>
    <w:rsid w:val="004778DB"/>
    <w:rsid w:val="00480BDC"/>
    <w:rsid w:val="004C1CEB"/>
    <w:rsid w:val="0051498D"/>
    <w:rsid w:val="005903E0"/>
    <w:rsid w:val="0060119A"/>
    <w:rsid w:val="0060536F"/>
    <w:rsid w:val="006077A9"/>
    <w:rsid w:val="00872DF6"/>
    <w:rsid w:val="008C5EA8"/>
    <w:rsid w:val="00916BEF"/>
    <w:rsid w:val="00950074"/>
    <w:rsid w:val="009A36DD"/>
    <w:rsid w:val="009F28DA"/>
    <w:rsid w:val="00AA1D8D"/>
    <w:rsid w:val="00B45B4F"/>
    <w:rsid w:val="00B47730"/>
    <w:rsid w:val="00B526E7"/>
    <w:rsid w:val="00B87194"/>
    <w:rsid w:val="00CB0664"/>
    <w:rsid w:val="00D501E7"/>
    <w:rsid w:val="00D74DA3"/>
    <w:rsid w:val="00D907BE"/>
    <w:rsid w:val="00E3596B"/>
    <w:rsid w:val="00E50AA4"/>
    <w:rsid w:val="00E56AC1"/>
    <w:rsid w:val="00E664F6"/>
    <w:rsid w:val="00E82BD4"/>
    <w:rsid w:val="00EB1951"/>
    <w:rsid w:val="00F11AF7"/>
    <w:rsid w:val="00FC693F"/>
    <w:rsid w:val="00FD7A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2A6CC"/>
  <w14:defaultImageDpi w14:val="300"/>
  <w15:docId w15:val="{F4784DA3-68A8-4AB8-AC1F-EB1EEAD0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 McElroy</cp:lastModifiedBy>
  <cp:revision>30</cp:revision>
  <dcterms:created xsi:type="dcterms:W3CDTF">2013-12-23T23:15:00Z</dcterms:created>
  <dcterms:modified xsi:type="dcterms:W3CDTF">2026-10-28T18:15:00Z</dcterms:modified>
  <cp:category/>
</cp:coreProperties>
</file>