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FB689C6" w14:textId="41C4BD35" w:rsidR="00BE5C45" w:rsidRPr="00814C1A" w:rsidRDefault="00E06142">
      <w:pPr>
        <w:spacing w:after="40"/>
        <w:jc w:val="center"/>
        <w:rPr>
          <w:rFonts w:asciiTheme="minorBidi" w:hAnsiTheme="minorBidi"/>
          <w:sz w:val="36"/>
          <w:szCs w:val="36"/>
        </w:rPr>
      </w:pPr>
      <w:r w:rsidRPr="00814C1A">
        <w:rPr>
          <w:rFonts w:asciiTheme="minorBidi" w:hAnsiTheme="minorBidi"/>
          <w:b/>
          <w:sz w:val="36"/>
          <w:szCs w:val="36"/>
        </w:rPr>
        <w:t>PhET Roller Coaster Simulation</w:t>
      </w:r>
      <w:r w:rsidR="00814C1A" w:rsidRPr="00814C1A">
        <w:rPr>
          <w:rFonts w:asciiTheme="minorBidi" w:hAnsiTheme="minorBidi"/>
          <w:b/>
          <w:sz w:val="36"/>
          <w:szCs w:val="36"/>
        </w:rPr>
        <w:t xml:space="preserve"> Worksheet</w:t>
      </w:r>
    </w:p>
    <w:p w14:paraId="2FB689C7" w14:textId="77777777" w:rsidR="00E06142" w:rsidRDefault="00E06142">
      <w:pPr>
        <w:spacing w:after="80"/>
      </w:pPr>
    </w:p>
    <w:p w14:paraId="2FB689C9" w14:textId="21DCA9BD" w:rsidR="00BE5C45" w:rsidRDefault="00E06142">
      <w:pPr>
        <w:spacing w:after="80"/>
        <w:rPr>
          <w:rFonts w:asciiTheme="minorBidi" w:hAnsiTheme="minorBidi"/>
          <w:b/>
          <w:sz w:val="22"/>
        </w:rPr>
      </w:pPr>
      <w:r w:rsidRPr="00C07BAD">
        <w:rPr>
          <w:rFonts w:asciiTheme="minorBidi" w:hAnsiTheme="minorBidi"/>
          <w:b/>
          <w:sz w:val="22"/>
        </w:rPr>
        <w:t xml:space="preserve">Objective: </w:t>
      </w:r>
      <w:r w:rsidR="00CD5C86">
        <w:rPr>
          <w:rFonts w:asciiTheme="minorBidi" w:hAnsiTheme="minorBidi"/>
          <w:b/>
          <w:sz w:val="22"/>
        </w:rPr>
        <w:t>To</w:t>
      </w:r>
      <w:r w:rsidRPr="00C07BAD">
        <w:rPr>
          <w:rFonts w:asciiTheme="minorBidi" w:hAnsiTheme="minorBidi"/>
          <w:b/>
          <w:sz w:val="22"/>
        </w:rPr>
        <w:t xml:space="preserve"> recreate a roller coaster in the skate park simulator and use data to explain how the energy changes over time.</w:t>
      </w:r>
    </w:p>
    <w:p w14:paraId="07DD116F" w14:textId="77777777" w:rsidR="00105DCD" w:rsidRPr="00C07BAD" w:rsidRDefault="00105DCD">
      <w:pPr>
        <w:spacing w:after="80"/>
        <w:rPr>
          <w:rFonts w:asciiTheme="minorBidi" w:hAnsiTheme="minorBidi"/>
          <w:sz w:val="22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072"/>
      </w:tblGrid>
      <w:tr w:rsidR="00BE5C45" w:rsidRPr="00C07BAD" w14:paraId="2FB689CB" w14:textId="77777777"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23466E"/>
          </w:tcPr>
          <w:p w14:paraId="2FB689CA" w14:textId="77777777" w:rsidR="00BE5C45" w:rsidRPr="00C07BAD" w:rsidRDefault="00E06142">
            <w:pPr>
              <w:spacing w:before="40" w:after="40"/>
              <w:ind w:left="115"/>
              <w:rPr>
                <w:rFonts w:asciiTheme="minorBidi" w:hAnsiTheme="minorBidi"/>
                <w:sz w:val="22"/>
              </w:rPr>
            </w:pPr>
            <w:r w:rsidRPr="00C07BAD">
              <w:rPr>
                <w:rFonts w:asciiTheme="minorBidi" w:hAnsiTheme="minorBidi"/>
                <w:b/>
                <w:color w:val="FFFFFF"/>
                <w:sz w:val="22"/>
              </w:rPr>
              <w:t>Phase 1: Explore the Phenomenon</w:t>
            </w:r>
          </w:p>
        </w:tc>
      </w:tr>
    </w:tbl>
    <w:p w14:paraId="2FB689CC" w14:textId="77777777" w:rsidR="00BE5C45" w:rsidRPr="00C07BAD" w:rsidRDefault="00BE5C45">
      <w:pPr>
        <w:spacing w:after="80"/>
        <w:rPr>
          <w:rFonts w:asciiTheme="minorBidi" w:hAnsiTheme="minorBidi"/>
          <w:sz w:val="22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944"/>
        <w:gridCol w:w="7128"/>
      </w:tblGrid>
      <w:tr w:rsidR="00BE5C45" w:rsidRPr="00C07BAD" w14:paraId="2FB689CF" w14:textId="77777777"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shd w:val="clear" w:color="auto" w:fill="23466E"/>
            <w:vAlign w:val="center"/>
          </w:tcPr>
          <w:p w14:paraId="2FB689CD" w14:textId="77777777" w:rsidR="00BE5C45" w:rsidRPr="00C07BAD" w:rsidRDefault="00E06142">
            <w:pPr>
              <w:spacing w:before="40" w:after="40"/>
              <w:jc w:val="center"/>
              <w:rPr>
                <w:rFonts w:asciiTheme="minorBidi" w:hAnsiTheme="minorBidi"/>
                <w:sz w:val="22"/>
              </w:rPr>
            </w:pPr>
            <w:r w:rsidRPr="00C07BAD">
              <w:rPr>
                <w:rFonts w:asciiTheme="minorBidi" w:hAnsiTheme="minorBidi"/>
                <w:b/>
                <w:color w:val="FFFFFF"/>
                <w:sz w:val="22"/>
              </w:rPr>
              <w:t>ASK &amp; RESEARCH</w:t>
            </w:r>
          </w:p>
        </w:tc>
        <w:tc>
          <w:tcPr>
            <w:tcW w:w="7128" w:type="dxa"/>
            <w:tcBorders>
              <w:top w:val="nil"/>
              <w:left w:val="nil"/>
              <w:bottom w:val="nil"/>
              <w:right w:val="nil"/>
            </w:tcBorders>
            <w:shd w:val="clear" w:color="auto" w:fill="DCE6F1"/>
            <w:vAlign w:val="center"/>
          </w:tcPr>
          <w:p w14:paraId="2FB689CE" w14:textId="77777777" w:rsidR="00BE5C45" w:rsidRPr="00C07BAD" w:rsidRDefault="00E06142">
            <w:pPr>
              <w:spacing w:before="40" w:after="40"/>
              <w:ind w:left="115"/>
              <w:rPr>
                <w:rFonts w:asciiTheme="minorBidi" w:hAnsiTheme="minorBidi"/>
                <w:sz w:val="22"/>
              </w:rPr>
            </w:pPr>
            <w:r w:rsidRPr="00C07BAD">
              <w:rPr>
                <w:rFonts w:asciiTheme="minorBidi" w:hAnsiTheme="minorBidi"/>
                <w:sz w:val="22"/>
              </w:rPr>
              <w:t>What do you already know? What are we trying to find out?</w:t>
            </w:r>
          </w:p>
        </w:tc>
      </w:tr>
    </w:tbl>
    <w:p w14:paraId="2FB689D0" w14:textId="77777777" w:rsidR="00BE5C45" w:rsidRPr="00C07BAD" w:rsidRDefault="00BE5C45">
      <w:pPr>
        <w:spacing w:after="80"/>
        <w:rPr>
          <w:rFonts w:asciiTheme="minorBidi" w:hAnsiTheme="minorBidi"/>
          <w:sz w:val="22"/>
        </w:rPr>
      </w:pPr>
    </w:p>
    <w:p w14:paraId="2FB689D1" w14:textId="77777777" w:rsidR="00BE5C45" w:rsidRPr="00C07BAD" w:rsidRDefault="00E06142">
      <w:pPr>
        <w:spacing w:before="120" w:after="60"/>
        <w:rPr>
          <w:rFonts w:asciiTheme="minorBidi" w:hAnsiTheme="minorBidi"/>
          <w:sz w:val="22"/>
        </w:rPr>
      </w:pPr>
      <w:r w:rsidRPr="00C07BAD">
        <w:rPr>
          <w:rFonts w:asciiTheme="minorBidi" w:hAnsiTheme="minorBidi"/>
          <w:sz w:val="22"/>
        </w:rPr>
        <w:t>Think back to the paper roller coaster your team built earlier in this unit.</w:t>
      </w:r>
    </w:p>
    <w:p w14:paraId="2FB689D2" w14:textId="77777777" w:rsidR="00BE5C45" w:rsidRPr="00C07BAD" w:rsidRDefault="00E06142">
      <w:pPr>
        <w:spacing w:before="120" w:after="60"/>
        <w:rPr>
          <w:rFonts w:asciiTheme="minorBidi" w:hAnsiTheme="minorBidi"/>
          <w:sz w:val="22"/>
        </w:rPr>
      </w:pPr>
      <w:r w:rsidRPr="00C07BAD">
        <w:rPr>
          <w:rFonts w:asciiTheme="minorBidi" w:hAnsiTheme="minorBidi"/>
          <w:b/>
          <w:sz w:val="22"/>
        </w:rPr>
        <w:t xml:space="preserve">Where on your track was your marble moving the </w:t>
      </w:r>
      <w:r w:rsidRPr="00C07BAD">
        <w:rPr>
          <w:rFonts w:asciiTheme="minorBidi" w:hAnsiTheme="minorBidi"/>
          <w:b/>
          <w:i/>
          <w:sz w:val="22"/>
        </w:rPr>
        <w:t>fastest</w:t>
      </w:r>
      <w:r w:rsidRPr="00C07BAD">
        <w:rPr>
          <w:rFonts w:asciiTheme="minorBidi" w:hAnsiTheme="minorBidi"/>
          <w:b/>
          <w:sz w:val="22"/>
        </w:rPr>
        <w:t xml:space="preserve">? Where was it moving the </w:t>
      </w:r>
      <w:r w:rsidRPr="00C07BAD">
        <w:rPr>
          <w:rFonts w:asciiTheme="minorBidi" w:hAnsiTheme="minorBidi"/>
          <w:b/>
          <w:i/>
          <w:sz w:val="22"/>
        </w:rPr>
        <w:t>slowest</w:t>
      </w:r>
      <w:r w:rsidRPr="00C07BAD">
        <w:rPr>
          <w:rFonts w:asciiTheme="minorBidi" w:hAnsiTheme="minorBidi"/>
          <w:b/>
          <w:sz w:val="22"/>
        </w:rPr>
        <w:t>?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072"/>
      </w:tblGrid>
      <w:tr w:rsidR="00BE5C45" w:rsidRPr="00C07BAD" w14:paraId="2FB689D4" w14:textId="77777777">
        <w:trPr>
          <w:trHeight w:val="720"/>
        </w:trPr>
        <w:tc>
          <w:tcPr>
            <w:tcW w:w="9072" w:type="dxa"/>
            <w:tcBorders>
              <w:top w:val="single" w:sz="6" w:space="0" w:color="9BAAC0"/>
              <w:left w:val="single" w:sz="6" w:space="0" w:color="9BAAC0"/>
              <w:bottom w:val="single" w:sz="6" w:space="0" w:color="9BAAC0"/>
              <w:right w:val="single" w:sz="6" w:space="0" w:color="9BAAC0"/>
            </w:tcBorders>
          </w:tcPr>
          <w:p w14:paraId="2FB689D3" w14:textId="77777777" w:rsidR="00BE5C45" w:rsidRPr="00C07BAD" w:rsidRDefault="00E06142">
            <w:pPr>
              <w:ind w:left="72"/>
              <w:rPr>
                <w:rFonts w:asciiTheme="minorBidi" w:hAnsiTheme="minorBidi"/>
                <w:sz w:val="22"/>
              </w:rPr>
            </w:pPr>
            <w:r w:rsidRPr="00C07BAD">
              <w:rPr>
                <w:rFonts w:asciiTheme="minorBidi" w:hAnsiTheme="minorBidi"/>
                <w:sz w:val="22"/>
              </w:rPr>
              <w:t>Fastest point:                                        Slowest point:</w:t>
            </w:r>
          </w:p>
        </w:tc>
      </w:tr>
    </w:tbl>
    <w:p w14:paraId="2FB689D5" w14:textId="77777777" w:rsidR="00BE5C45" w:rsidRPr="00C07BAD" w:rsidRDefault="00BE5C45">
      <w:pPr>
        <w:spacing w:after="80"/>
        <w:rPr>
          <w:rFonts w:asciiTheme="minorBidi" w:hAnsiTheme="minorBidi"/>
          <w:sz w:val="22"/>
        </w:rPr>
      </w:pPr>
    </w:p>
    <w:p w14:paraId="2FB689D6" w14:textId="21781BE7" w:rsidR="00BE5C45" w:rsidRPr="00C07BAD" w:rsidRDefault="00E06142">
      <w:pPr>
        <w:spacing w:before="120" w:after="60"/>
        <w:rPr>
          <w:rFonts w:asciiTheme="minorBidi" w:hAnsiTheme="minorBidi"/>
          <w:sz w:val="22"/>
        </w:rPr>
      </w:pPr>
      <w:r w:rsidRPr="00C07BAD">
        <w:rPr>
          <w:rFonts w:asciiTheme="minorBidi" w:hAnsiTheme="minorBidi"/>
          <w:b/>
          <w:sz w:val="22"/>
        </w:rPr>
        <w:t xml:space="preserve">Here is the mystery: </w:t>
      </w:r>
      <w:r w:rsidR="00607923">
        <w:rPr>
          <w:rFonts w:asciiTheme="minorBidi" w:hAnsiTheme="minorBidi"/>
          <w:b/>
          <w:sz w:val="22"/>
        </w:rPr>
        <w:t>Y</w:t>
      </w:r>
      <w:r w:rsidRPr="00C07BAD">
        <w:rPr>
          <w:rFonts w:asciiTheme="minorBidi" w:hAnsiTheme="minorBidi"/>
          <w:b/>
          <w:sz w:val="22"/>
        </w:rPr>
        <w:t>our marble always slowed down and eventually stopped. Where do you think its energy went? Was it destroyed?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072"/>
      </w:tblGrid>
      <w:tr w:rsidR="00BE5C45" w:rsidRPr="00C07BAD" w14:paraId="2FB689D8" w14:textId="77777777">
        <w:trPr>
          <w:trHeight w:val="1008"/>
        </w:trPr>
        <w:tc>
          <w:tcPr>
            <w:tcW w:w="9072" w:type="dxa"/>
            <w:tcBorders>
              <w:top w:val="single" w:sz="6" w:space="0" w:color="9BAAC0"/>
              <w:left w:val="single" w:sz="6" w:space="0" w:color="9BAAC0"/>
              <w:bottom w:val="single" w:sz="6" w:space="0" w:color="9BAAC0"/>
              <w:right w:val="single" w:sz="6" w:space="0" w:color="9BAAC0"/>
            </w:tcBorders>
          </w:tcPr>
          <w:p w14:paraId="2FB689D7" w14:textId="77777777" w:rsidR="00BE5C45" w:rsidRPr="00C07BAD" w:rsidRDefault="00BE5C45">
            <w:pPr>
              <w:rPr>
                <w:rFonts w:asciiTheme="minorBidi" w:hAnsiTheme="minorBidi"/>
                <w:sz w:val="22"/>
              </w:rPr>
            </w:pPr>
          </w:p>
        </w:tc>
      </w:tr>
    </w:tbl>
    <w:p w14:paraId="2FB689D9" w14:textId="77777777" w:rsidR="00BE5C45" w:rsidRPr="00C07BAD" w:rsidRDefault="00BE5C45">
      <w:pPr>
        <w:spacing w:after="80"/>
        <w:rPr>
          <w:rFonts w:asciiTheme="minorBidi" w:hAnsiTheme="minorBidi"/>
          <w:sz w:val="22"/>
        </w:rPr>
      </w:pPr>
    </w:p>
    <w:p w14:paraId="2FB689DA" w14:textId="34A9D9D4" w:rsidR="00BE5C45" w:rsidRPr="00C07BAD" w:rsidRDefault="00E06142">
      <w:pPr>
        <w:spacing w:before="120" w:after="60"/>
        <w:rPr>
          <w:rFonts w:asciiTheme="minorBidi" w:hAnsiTheme="minorBidi"/>
          <w:sz w:val="22"/>
        </w:rPr>
      </w:pPr>
      <w:r w:rsidRPr="00C07BAD">
        <w:rPr>
          <w:rFonts w:asciiTheme="minorBidi" w:hAnsiTheme="minorBidi"/>
          <w:sz w:val="22"/>
        </w:rPr>
        <w:t xml:space="preserve">Today you get “X-ray vision.” Go to the </w:t>
      </w:r>
      <w:r w:rsidRPr="00C07BAD">
        <w:rPr>
          <w:rFonts w:asciiTheme="minorBidi" w:hAnsiTheme="minorBidi"/>
          <w:b/>
          <w:sz w:val="22"/>
        </w:rPr>
        <w:t>PhET Energy Skate Park</w:t>
      </w:r>
      <w:r w:rsidRPr="00C07BAD">
        <w:rPr>
          <w:rFonts w:asciiTheme="minorBidi" w:hAnsiTheme="minorBidi"/>
          <w:sz w:val="22"/>
        </w:rPr>
        <w:t xml:space="preserve"> simulation and let’s find out: </w:t>
      </w:r>
      <w:hyperlink r:id="rId8" w:history="1">
        <w:r w:rsidR="00607923" w:rsidRPr="00F07BC0">
          <w:rPr>
            <w:rStyle w:val="Hyperlink"/>
            <w:rFonts w:asciiTheme="minorBidi" w:hAnsiTheme="minorBidi"/>
            <w:sz w:val="22"/>
          </w:rPr>
          <w:t>https://phet.colorado.edu/en/simulations/energy-skate-park</w:t>
        </w:r>
      </w:hyperlink>
      <w:r w:rsidR="00607923">
        <w:rPr>
          <w:rFonts w:asciiTheme="minorBidi" w:hAnsiTheme="minorBidi"/>
          <w:sz w:val="22"/>
        </w:rPr>
        <w:t xml:space="preserve"> </w:t>
      </w:r>
    </w:p>
    <w:p w14:paraId="2FB689DB" w14:textId="77777777" w:rsidR="00BE5C45" w:rsidRPr="00C07BAD" w:rsidRDefault="00E06142">
      <w:pPr>
        <w:pStyle w:val="ListBullet"/>
        <w:spacing w:after="20"/>
        <w:rPr>
          <w:rFonts w:asciiTheme="minorBidi" w:hAnsiTheme="minorBidi"/>
          <w:sz w:val="22"/>
        </w:rPr>
      </w:pPr>
      <w:r w:rsidRPr="00C07BAD">
        <w:rPr>
          <w:rFonts w:asciiTheme="minorBidi" w:hAnsiTheme="minorBidi"/>
          <w:sz w:val="22"/>
        </w:rPr>
        <w:t xml:space="preserve">Click the </w:t>
      </w:r>
      <w:r w:rsidRPr="00C07BAD">
        <w:rPr>
          <w:rFonts w:asciiTheme="minorBidi" w:hAnsiTheme="minorBidi"/>
          <w:b/>
          <w:sz w:val="22"/>
        </w:rPr>
        <w:t>Playground</w:t>
      </w:r>
      <w:r w:rsidRPr="00C07BAD">
        <w:rPr>
          <w:rFonts w:asciiTheme="minorBidi" w:hAnsiTheme="minorBidi"/>
          <w:sz w:val="22"/>
        </w:rPr>
        <w:t xml:space="preserve"> screen.</w:t>
      </w:r>
    </w:p>
    <w:p w14:paraId="2FB689DC" w14:textId="77777777" w:rsidR="00BE5C45" w:rsidRPr="00C07BAD" w:rsidRDefault="00E06142">
      <w:pPr>
        <w:pStyle w:val="ListBullet"/>
        <w:spacing w:after="20"/>
        <w:rPr>
          <w:rFonts w:asciiTheme="minorBidi" w:hAnsiTheme="minorBidi"/>
          <w:sz w:val="22"/>
        </w:rPr>
      </w:pPr>
      <w:r w:rsidRPr="00C07BAD">
        <w:rPr>
          <w:rFonts w:asciiTheme="minorBidi" w:hAnsiTheme="minorBidi"/>
          <w:sz w:val="22"/>
        </w:rPr>
        <w:t>Drag pieces of track to build a coaster (a starting hill, a drop, and a loop or hill).</w:t>
      </w:r>
    </w:p>
    <w:p w14:paraId="2FB689DD" w14:textId="77777777" w:rsidR="00BE5C45" w:rsidRDefault="00E06142">
      <w:pPr>
        <w:pStyle w:val="ListBullet"/>
        <w:spacing w:after="20"/>
        <w:rPr>
          <w:rFonts w:asciiTheme="minorBidi" w:hAnsiTheme="minorBidi"/>
          <w:sz w:val="22"/>
        </w:rPr>
      </w:pPr>
      <w:r w:rsidRPr="00C07BAD">
        <w:rPr>
          <w:rFonts w:asciiTheme="minorBidi" w:hAnsiTheme="minorBidi"/>
          <w:sz w:val="22"/>
        </w:rPr>
        <w:t xml:space="preserve">Click the </w:t>
      </w:r>
      <w:r w:rsidRPr="00C07BAD">
        <w:rPr>
          <w:rFonts w:asciiTheme="minorBidi" w:hAnsiTheme="minorBidi"/>
          <w:b/>
          <w:sz w:val="22"/>
        </w:rPr>
        <w:t>energy bar-graph</w:t>
      </w:r>
      <w:r w:rsidRPr="00C07BAD">
        <w:rPr>
          <w:rFonts w:asciiTheme="minorBidi" w:hAnsiTheme="minorBidi"/>
          <w:sz w:val="22"/>
        </w:rPr>
        <w:t xml:space="preserve"> icon so you can see the </w:t>
      </w:r>
      <w:r w:rsidRPr="00C07BAD">
        <w:rPr>
          <w:rFonts w:asciiTheme="minorBidi" w:hAnsiTheme="minorBidi"/>
          <w:b/>
          <w:sz w:val="22"/>
        </w:rPr>
        <w:t>Potential, Kinetic, Thermal,</w:t>
      </w:r>
      <w:r w:rsidRPr="00C07BAD">
        <w:rPr>
          <w:rFonts w:asciiTheme="minorBidi" w:hAnsiTheme="minorBidi"/>
          <w:sz w:val="22"/>
        </w:rPr>
        <w:t xml:space="preserve"> and </w:t>
      </w:r>
      <w:r w:rsidRPr="00C07BAD">
        <w:rPr>
          <w:rFonts w:asciiTheme="minorBidi" w:hAnsiTheme="minorBidi"/>
          <w:b/>
          <w:sz w:val="22"/>
        </w:rPr>
        <w:t>Total</w:t>
      </w:r>
      <w:r w:rsidRPr="00C07BAD">
        <w:rPr>
          <w:rFonts w:asciiTheme="minorBidi" w:hAnsiTheme="minorBidi"/>
          <w:sz w:val="22"/>
        </w:rPr>
        <w:t xml:space="preserve"> energy bars.</w:t>
      </w:r>
    </w:p>
    <w:p w14:paraId="59EBAAE5" w14:textId="77777777" w:rsidR="00AF188C" w:rsidRPr="00C07BAD" w:rsidRDefault="00AF188C" w:rsidP="00AF188C">
      <w:pPr>
        <w:pStyle w:val="ListBullet"/>
        <w:numPr>
          <w:ilvl w:val="0"/>
          <w:numId w:val="0"/>
        </w:numPr>
        <w:spacing w:after="20"/>
        <w:ind w:left="360"/>
        <w:rPr>
          <w:rFonts w:asciiTheme="minorBidi" w:hAnsiTheme="minorBidi"/>
          <w:sz w:val="22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072"/>
      </w:tblGrid>
      <w:tr w:rsidR="00BE5C45" w:rsidRPr="00C07BAD" w14:paraId="2FB689DF" w14:textId="77777777"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23466E"/>
          </w:tcPr>
          <w:p w14:paraId="2FB689DE" w14:textId="77777777" w:rsidR="00BE5C45" w:rsidRPr="00C07BAD" w:rsidRDefault="00E06142">
            <w:pPr>
              <w:spacing w:before="40" w:after="40"/>
              <w:ind w:left="115"/>
              <w:rPr>
                <w:rFonts w:asciiTheme="minorBidi" w:hAnsiTheme="minorBidi"/>
                <w:sz w:val="22"/>
              </w:rPr>
            </w:pPr>
            <w:r w:rsidRPr="00C07BAD">
              <w:rPr>
                <w:rFonts w:asciiTheme="minorBidi" w:hAnsiTheme="minorBidi"/>
                <w:b/>
                <w:color w:val="FFFFFF"/>
                <w:sz w:val="22"/>
              </w:rPr>
              <w:t>Phase 2: The Engineering Challenge</w:t>
            </w:r>
          </w:p>
        </w:tc>
      </w:tr>
    </w:tbl>
    <w:p w14:paraId="2FB689E0" w14:textId="77777777" w:rsidR="00BE5C45" w:rsidRPr="00C07BAD" w:rsidRDefault="00BE5C45">
      <w:pPr>
        <w:spacing w:after="80"/>
        <w:rPr>
          <w:rFonts w:asciiTheme="minorBidi" w:hAnsiTheme="minorBidi"/>
          <w:sz w:val="22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072"/>
      </w:tblGrid>
      <w:tr w:rsidR="00BE5C45" w:rsidRPr="00C07BAD" w14:paraId="2FB689E2" w14:textId="77777777">
        <w:tc>
          <w:tcPr>
            <w:tcW w:w="9072" w:type="dxa"/>
            <w:tcBorders>
              <w:top w:val="single" w:sz="6" w:space="0" w:color="9BAAC0"/>
              <w:left w:val="single" w:sz="6" w:space="0" w:color="9BAAC0"/>
              <w:bottom w:val="single" w:sz="6" w:space="0" w:color="9BAAC0"/>
              <w:right w:val="single" w:sz="6" w:space="0" w:color="9BAAC0"/>
            </w:tcBorders>
            <w:shd w:val="clear" w:color="auto" w:fill="DCE6F1"/>
          </w:tcPr>
          <w:p w14:paraId="2FB689E1" w14:textId="471C6B1A" w:rsidR="00BE5C45" w:rsidRPr="00C07BAD" w:rsidRDefault="00E06142">
            <w:pPr>
              <w:spacing w:before="60" w:after="60"/>
              <w:ind w:left="115"/>
              <w:rPr>
                <w:rFonts w:asciiTheme="minorBidi" w:hAnsiTheme="minorBidi"/>
                <w:sz w:val="22"/>
              </w:rPr>
            </w:pPr>
            <w:r w:rsidRPr="00C07BAD">
              <w:rPr>
                <w:rFonts w:ascii="Segoe UI Emoji" w:hAnsi="Segoe UI Emoji" w:cs="Segoe UI Emoji"/>
                <w:b/>
                <w:sz w:val="22"/>
              </w:rPr>
              <w:t>⭐</w:t>
            </w:r>
            <w:r w:rsidRPr="00C07BAD">
              <w:rPr>
                <w:rFonts w:asciiTheme="minorBidi" w:hAnsiTheme="minorBidi"/>
                <w:b/>
                <w:sz w:val="22"/>
              </w:rPr>
              <w:t xml:space="preserve"> Your Challenge:</w:t>
            </w:r>
            <w:r w:rsidRPr="00C07BAD">
              <w:rPr>
                <w:rFonts w:asciiTheme="minorBidi" w:hAnsiTheme="minorBidi"/>
                <w:sz w:val="22"/>
              </w:rPr>
              <w:t xml:space="preserve"> Recreate your team’s roller coaster in the simulation. Then change one variable at a time to collect data that answers the mystery: </w:t>
            </w:r>
            <w:r w:rsidR="003A0D1C">
              <w:rPr>
                <w:rFonts w:asciiTheme="minorBidi" w:hAnsiTheme="minorBidi"/>
                <w:i/>
                <w:sz w:val="22"/>
              </w:rPr>
              <w:t>W</w:t>
            </w:r>
            <w:r w:rsidRPr="00C07BAD">
              <w:rPr>
                <w:rFonts w:asciiTheme="minorBidi" w:hAnsiTheme="minorBidi"/>
                <w:i/>
                <w:sz w:val="22"/>
              </w:rPr>
              <w:t>here does the energy go?</w:t>
            </w:r>
          </w:p>
        </w:tc>
      </w:tr>
    </w:tbl>
    <w:p w14:paraId="2FB689E3" w14:textId="77777777" w:rsidR="00BE5C45" w:rsidRDefault="00BE5C45">
      <w:pPr>
        <w:spacing w:after="80"/>
        <w:rPr>
          <w:rFonts w:asciiTheme="minorBidi" w:hAnsiTheme="minorBidi"/>
          <w:sz w:val="22"/>
        </w:rPr>
      </w:pPr>
    </w:p>
    <w:p w14:paraId="698C7422" w14:textId="77777777" w:rsidR="00AF684F" w:rsidRPr="00C07BAD" w:rsidRDefault="00AF684F">
      <w:pPr>
        <w:spacing w:after="80"/>
        <w:rPr>
          <w:rFonts w:asciiTheme="minorBidi" w:hAnsiTheme="minorBidi"/>
          <w:sz w:val="22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944"/>
        <w:gridCol w:w="7128"/>
      </w:tblGrid>
      <w:tr w:rsidR="00BE5C45" w:rsidRPr="00C07BAD" w14:paraId="2FB689E6" w14:textId="77777777"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shd w:val="clear" w:color="auto" w:fill="23466E"/>
            <w:vAlign w:val="center"/>
          </w:tcPr>
          <w:p w14:paraId="2FB689E4" w14:textId="77777777" w:rsidR="00BE5C45" w:rsidRPr="00C07BAD" w:rsidRDefault="00E06142">
            <w:pPr>
              <w:spacing w:before="40" w:after="40"/>
              <w:jc w:val="center"/>
              <w:rPr>
                <w:rFonts w:asciiTheme="minorBidi" w:hAnsiTheme="minorBidi"/>
                <w:sz w:val="22"/>
              </w:rPr>
            </w:pPr>
            <w:r w:rsidRPr="00C07BAD">
              <w:rPr>
                <w:rFonts w:asciiTheme="minorBidi" w:hAnsiTheme="minorBidi"/>
                <w:b/>
                <w:color w:val="FFFFFF"/>
                <w:sz w:val="22"/>
              </w:rPr>
              <w:t>PLAN</w:t>
            </w:r>
          </w:p>
        </w:tc>
        <w:tc>
          <w:tcPr>
            <w:tcW w:w="7128" w:type="dxa"/>
            <w:tcBorders>
              <w:top w:val="nil"/>
              <w:left w:val="nil"/>
              <w:bottom w:val="nil"/>
              <w:right w:val="nil"/>
            </w:tcBorders>
            <w:shd w:val="clear" w:color="auto" w:fill="DCE6F1"/>
            <w:vAlign w:val="center"/>
          </w:tcPr>
          <w:p w14:paraId="2FB689E5" w14:textId="77777777" w:rsidR="00BE5C45" w:rsidRPr="00C07BAD" w:rsidRDefault="00E06142">
            <w:pPr>
              <w:spacing w:before="40" w:after="40"/>
              <w:ind w:left="115"/>
              <w:rPr>
                <w:rFonts w:asciiTheme="minorBidi" w:hAnsiTheme="minorBidi"/>
                <w:sz w:val="22"/>
              </w:rPr>
            </w:pPr>
            <w:r w:rsidRPr="00C07BAD">
              <w:rPr>
                <w:rFonts w:asciiTheme="minorBidi" w:hAnsiTheme="minorBidi"/>
                <w:sz w:val="22"/>
              </w:rPr>
              <w:t>Design your tests before you start. Change one variable at a time.</w:t>
            </w:r>
          </w:p>
        </w:tc>
      </w:tr>
    </w:tbl>
    <w:p w14:paraId="2FB689E7" w14:textId="77777777" w:rsidR="00BE5C45" w:rsidRPr="00C07BAD" w:rsidRDefault="00BE5C45">
      <w:pPr>
        <w:spacing w:after="80"/>
        <w:rPr>
          <w:rFonts w:asciiTheme="minorBidi" w:hAnsiTheme="minorBidi"/>
          <w:sz w:val="22"/>
        </w:rPr>
      </w:pPr>
    </w:p>
    <w:p w14:paraId="2FB689E8" w14:textId="77777777" w:rsidR="00BE5C45" w:rsidRPr="00C07BAD" w:rsidRDefault="00E06142">
      <w:pPr>
        <w:spacing w:before="120" w:after="60"/>
        <w:rPr>
          <w:rFonts w:asciiTheme="minorBidi" w:hAnsiTheme="minorBidi"/>
          <w:sz w:val="22"/>
        </w:rPr>
      </w:pPr>
      <w:r w:rsidRPr="00C07BAD">
        <w:rPr>
          <w:rFonts w:asciiTheme="minorBidi" w:hAnsiTheme="minorBidi"/>
          <w:b/>
          <w:sz w:val="22"/>
        </w:rPr>
        <w:t>You will change three variables: the starting height, the rider’s mass, and the friction.</w:t>
      </w:r>
      <w:r w:rsidRPr="00C07BAD">
        <w:rPr>
          <w:rFonts w:asciiTheme="minorBidi" w:hAnsiTheme="minorBidi"/>
          <w:sz w:val="22"/>
        </w:rPr>
        <w:t xml:space="preserve"> Which one will you test first, and what do you predict will happen to the energy?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072"/>
      </w:tblGrid>
      <w:tr w:rsidR="00BE5C45" w:rsidRPr="00C07BAD" w14:paraId="2FB689EA" w14:textId="77777777">
        <w:trPr>
          <w:trHeight w:val="864"/>
        </w:trPr>
        <w:tc>
          <w:tcPr>
            <w:tcW w:w="9072" w:type="dxa"/>
            <w:tcBorders>
              <w:top w:val="single" w:sz="6" w:space="0" w:color="9BAAC0"/>
              <w:left w:val="single" w:sz="6" w:space="0" w:color="9BAAC0"/>
              <w:bottom w:val="single" w:sz="6" w:space="0" w:color="9BAAC0"/>
              <w:right w:val="single" w:sz="6" w:space="0" w:color="9BAAC0"/>
            </w:tcBorders>
          </w:tcPr>
          <w:p w14:paraId="2FB689E9" w14:textId="77777777" w:rsidR="00BE5C45" w:rsidRPr="00C07BAD" w:rsidRDefault="00BE5C45">
            <w:pPr>
              <w:rPr>
                <w:rFonts w:asciiTheme="minorBidi" w:hAnsiTheme="minorBidi"/>
                <w:sz w:val="22"/>
              </w:rPr>
            </w:pPr>
          </w:p>
        </w:tc>
      </w:tr>
    </w:tbl>
    <w:p w14:paraId="2FB689EB" w14:textId="77777777" w:rsidR="00BE5C45" w:rsidRPr="00C07BAD" w:rsidRDefault="00BE5C45">
      <w:pPr>
        <w:spacing w:after="80"/>
        <w:rPr>
          <w:rFonts w:asciiTheme="minorBidi" w:hAnsiTheme="minorBidi"/>
          <w:sz w:val="22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944"/>
        <w:gridCol w:w="7128"/>
      </w:tblGrid>
      <w:tr w:rsidR="00BE5C45" w:rsidRPr="00C07BAD" w14:paraId="2FB689EE" w14:textId="77777777"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shd w:val="clear" w:color="auto" w:fill="23466E"/>
            <w:vAlign w:val="center"/>
          </w:tcPr>
          <w:p w14:paraId="2FB689EC" w14:textId="77777777" w:rsidR="00BE5C45" w:rsidRPr="00C07BAD" w:rsidRDefault="00E06142">
            <w:pPr>
              <w:spacing w:before="40" w:after="40"/>
              <w:jc w:val="center"/>
              <w:rPr>
                <w:rFonts w:asciiTheme="minorBidi" w:hAnsiTheme="minorBidi"/>
                <w:sz w:val="22"/>
              </w:rPr>
            </w:pPr>
            <w:r w:rsidRPr="00C07BAD">
              <w:rPr>
                <w:rFonts w:asciiTheme="minorBidi" w:hAnsiTheme="minorBidi"/>
                <w:b/>
                <w:color w:val="FFFFFF"/>
                <w:sz w:val="22"/>
              </w:rPr>
              <w:t>CREATE &amp; TEST</w:t>
            </w:r>
          </w:p>
        </w:tc>
        <w:tc>
          <w:tcPr>
            <w:tcW w:w="7128" w:type="dxa"/>
            <w:tcBorders>
              <w:top w:val="nil"/>
              <w:left w:val="nil"/>
              <w:bottom w:val="nil"/>
              <w:right w:val="nil"/>
            </w:tcBorders>
            <w:shd w:val="clear" w:color="auto" w:fill="DCE6F1"/>
            <w:vAlign w:val="center"/>
          </w:tcPr>
          <w:p w14:paraId="2FB689ED" w14:textId="77777777" w:rsidR="00BE5C45" w:rsidRPr="00C07BAD" w:rsidRDefault="00E06142">
            <w:pPr>
              <w:spacing w:before="40" w:after="40"/>
              <w:ind w:left="115"/>
              <w:rPr>
                <w:rFonts w:asciiTheme="minorBidi" w:hAnsiTheme="minorBidi"/>
                <w:sz w:val="22"/>
              </w:rPr>
            </w:pPr>
            <w:r w:rsidRPr="00C07BAD">
              <w:rPr>
                <w:rFonts w:asciiTheme="minorBidi" w:hAnsiTheme="minorBidi"/>
                <w:sz w:val="22"/>
              </w:rPr>
              <w:t>Recreate your coaster, then run your tests and record every result.</w:t>
            </w:r>
          </w:p>
        </w:tc>
      </w:tr>
    </w:tbl>
    <w:p w14:paraId="2FB689EF" w14:textId="77777777" w:rsidR="00BE5C45" w:rsidRPr="00C07BAD" w:rsidRDefault="00BE5C45">
      <w:pPr>
        <w:spacing w:after="80"/>
        <w:rPr>
          <w:rFonts w:asciiTheme="minorBidi" w:hAnsiTheme="minorBidi"/>
          <w:sz w:val="22"/>
        </w:rPr>
      </w:pPr>
    </w:p>
    <w:p w14:paraId="2FB689F0" w14:textId="66DC3575" w:rsidR="00BE5C45" w:rsidRPr="00C07BAD" w:rsidRDefault="00E06142">
      <w:pPr>
        <w:spacing w:before="120" w:after="60"/>
        <w:rPr>
          <w:rFonts w:asciiTheme="minorBidi" w:hAnsiTheme="minorBidi"/>
          <w:sz w:val="22"/>
        </w:rPr>
      </w:pPr>
      <w:r w:rsidRPr="00C07BAD">
        <w:rPr>
          <w:rFonts w:asciiTheme="minorBidi" w:hAnsiTheme="minorBidi"/>
          <w:b/>
          <w:sz w:val="22"/>
        </w:rPr>
        <w:t xml:space="preserve">Take a screenshot of your coaster with the energy bar graph </w:t>
      </w:r>
      <w:r w:rsidR="00E10829" w:rsidRPr="00C07BAD">
        <w:rPr>
          <w:rFonts w:asciiTheme="minorBidi" w:hAnsiTheme="minorBidi"/>
          <w:b/>
          <w:sz w:val="22"/>
        </w:rPr>
        <w:t>showing and</w:t>
      </w:r>
      <w:r w:rsidRPr="00C07BAD">
        <w:rPr>
          <w:rFonts w:asciiTheme="minorBidi" w:hAnsiTheme="minorBidi"/>
          <w:b/>
          <w:sz w:val="22"/>
        </w:rPr>
        <w:t xml:space="preserve"> paste it in the box below.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072"/>
      </w:tblGrid>
      <w:tr w:rsidR="00BE5C45" w:rsidRPr="00C07BAD" w14:paraId="2FB689F2" w14:textId="77777777">
        <w:trPr>
          <w:trHeight w:val="2160"/>
        </w:trPr>
        <w:tc>
          <w:tcPr>
            <w:tcW w:w="9072" w:type="dxa"/>
            <w:tcBorders>
              <w:top w:val="single" w:sz="6" w:space="0" w:color="9BAAC0"/>
              <w:left w:val="single" w:sz="6" w:space="0" w:color="9BAAC0"/>
              <w:bottom w:val="single" w:sz="6" w:space="0" w:color="9BAAC0"/>
              <w:right w:val="single" w:sz="6" w:space="0" w:color="9BAAC0"/>
            </w:tcBorders>
          </w:tcPr>
          <w:p w14:paraId="412FB4CB" w14:textId="77777777" w:rsidR="00BE5C45" w:rsidRDefault="00BE5C45">
            <w:pPr>
              <w:rPr>
                <w:rFonts w:asciiTheme="minorBidi" w:hAnsiTheme="minorBidi"/>
                <w:sz w:val="22"/>
              </w:rPr>
            </w:pPr>
          </w:p>
          <w:p w14:paraId="17FEB657" w14:textId="77777777" w:rsidR="00105DCD" w:rsidRDefault="00105DCD">
            <w:pPr>
              <w:rPr>
                <w:rFonts w:asciiTheme="minorBidi" w:hAnsiTheme="minorBidi"/>
                <w:sz w:val="22"/>
              </w:rPr>
            </w:pPr>
          </w:p>
          <w:p w14:paraId="7476336B" w14:textId="77777777" w:rsidR="00105DCD" w:rsidRDefault="00105DCD">
            <w:pPr>
              <w:rPr>
                <w:rFonts w:asciiTheme="minorBidi" w:hAnsiTheme="minorBidi"/>
                <w:sz w:val="22"/>
              </w:rPr>
            </w:pPr>
          </w:p>
          <w:p w14:paraId="0167A8B1" w14:textId="77777777" w:rsidR="00105DCD" w:rsidRDefault="00105DCD">
            <w:pPr>
              <w:rPr>
                <w:rFonts w:asciiTheme="minorBidi" w:hAnsiTheme="minorBidi"/>
                <w:sz w:val="22"/>
              </w:rPr>
            </w:pPr>
          </w:p>
          <w:p w14:paraId="46ACA58C" w14:textId="77777777" w:rsidR="00105DCD" w:rsidRDefault="00105DCD">
            <w:pPr>
              <w:rPr>
                <w:rFonts w:asciiTheme="minorBidi" w:hAnsiTheme="minorBidi"/>
                <w:sz w:val="22"/>
              </w:rPr>
            </w:pPr>
          </w:p>
          <w:p w14:paraId="0D3D8CA9" w14:textId="77777777" w:rsidR="00105DCD" w:rsidRDefault="00105DCD">
            <w:pPr>
              <w:rPr>
                <w:rFonts w:asciiTheme="minorBidi" w:hAnsiTheme="minorBidi"/>
                <w:sz w:val="22"/>
              </w:rPr>
            </w:pPr>
          </w:p>
          <w:p w14:paraId="669FB609" w14:textId="77777777" w:rsidR="00105DCD" w:rsidRDefault="00105DCD">
            <w:pPr>
              <w:rPr>
                <w:rFonts w:asciiTheme="minorBidi" w:hAnsiTheme="minorBidi"/>
                <w:sz w:val="22"/>
              </w:rPr>
            </w:pPr>
          </w:p>
          <w:p w14:paraId="542772F8" w14:textId="77777777" w:rsidR="00105DCD" w:rsidRDefault="00105DCD">
            <w:pPr>
              <w:rPr>
                <w:rFonts w:asciiTheme="minorBidi" w:hAnsiTheme="minorBidi"/>
                <w:sz w:val="22"/>
              </w:rPr>
            </w:pPr>
          </w:p>
          <w:p w14:paraId="29F00FFD" w14:textId="77777777" w:rsidR="00105DCD" w:rsidRDefault="00105DCD">
            <w:pPr>
              <w:rPr>
                <w:rFonts w:asciiTheme="minorBidi" w:hAnsiTheme="minorBidi"/>
                <w:sz w:val="22"/>
              </w:rPr>
            </w:pPr>
          </w:p>
          <w:p w14:paraId="5BD0FB50" w14:textId="77777777" w:rsidR="00105DCD" w:rsidRDefault="00105DCD">
            <w:pPr>
              <w:rPr>
                <w:rFonts w:asciiTheme="minorBidi" w:hAnsiTheme="minorBidi"/>
                <w:sz w:val="22"/>
              </w:rPr>
            </w:pPr>
          </w:p>
          <w:p w14:paraId="4B0961CF" w14:textId="77777777" w:rsidR="00105DCD" w:rsidRDefault="00105DCD">
            <w:pPr>
              <w:rPr>
                <w:rFonts w:asciiTheme="minorBidi" w:hAnsiTheme="minorBidi"/>
                <w:sz w:val="22"/>
              </w:rPr>
            </w:pPr>
          </w:p>
          <w:p w14:paraId="357F615F" w14:textId="77777777" w:rsidR="00105DCD" w:rsidRDefault="00105DCD">
            <w:pPr>
              <w:rPr>
                <w:rFonts w:asciiTheme="minorBidi" w:hAnsiTheme="minorBidi"/>
                <w:sz w:val="22"/>
              </w:rPr>
            </w:pPr>
          </w:p>
          <w:p w14:paraId="62994397" w14:textId="77777777" w:rsidR="00105DCD" w:rsidRDefault="00105DCD">
            <w:pPr>
              <w:rPr>
                <w:rFonts w:asciiTheme="minorBidi" w:hAnsiTheme="minorBidi"/>
                <w:sz w:val="22"/>
              </w:rPr>
            </w:pPr>
          </w:p>
          <w:p w14:paraId="2FB689F1" w14:textId="77777777" w:rsidR="00105DCD" w:rsidRPr="00C07BAD" w:rsidRDefault="00105DCD">
            <w:pPr>
              <w:rPr>
                <w:rFonts w:asciiTheme="minorBidi" w:hAnsiTheme="minorBidi"/>
                <w:sz w:val="22"/>
              </w:rPr>
            </w:pPr>
          </w:p>
        </w:tc>
      </w:tr>
    </w:tbl>
    <w:p w14:paraId="2FB689F3" w14:textId="77777777" w:rsidR="00BE5C45" w:rsidRPr="00C07BAD" w:rsidRDefault="00BE5C45">
      <w:pPr>
        <w:spacing w:after="80"/>
        <w:rPr>
          <w:rFonts w:asciiTheme="minorBidi" w:hAnsiTheme="minorBidi"/>
          <w:sz w:val="22"/>
        </w:rPr>
      </w:pPr>
    </w:p>
    <w:p w14:paraId="2FB689F4" w14:textId="77777777" w:rsidR="00BE5C45" w:rsidRPr="00C07BAD" w:rsidRDefault="00E06142">
      <w:pPr>
        <w:spacing w:before="120" w:after="60"/>
        <w:rPr>
          <w:rFonts w:asciiTheme="minorBidi" w:hAnsiTheme="minorBidi"/>
          <w:sz w:val="22"/>
        </w:rPr>
      </w:pPr>
      <w:r w:rsidRPr="00C07BAD">
        <w:rPr>
          <w:rFonts w:asciiTheme="minorBidi" w:hAnsiTheme="minorBidi"/>
          <w:b/>
          <w:sz w:val="22"/>
        </w:rPr>
        <w:lastRenderedPageBreak/>
        <w:t>Run a trial for each change. For every trial, record what happened to the energy bars and where the rider was fastest or where it stalled.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864"/>
        <w:gridCol w:w="3024"/>
        <w:gridCol w:w="2736"/>
        <w:gridCol w:w="2638"/>
      </w:tblGrid>
      <w:tr w:rsidR="00BE5C45" w:rsidRPr="00C07BAD" w14:paraId="2FB689F9" w14:textId="77777777" w:rsidTr="003A0D1C">
        <w:tc>
          <w:tcPr>
            <w:tcW w:w="864" w:type="dxa"/>
            <w:tcBorders>
              <w:top w:val="single" w:sz="6" w:space="0" w:color="9BAAC0"/>
              <w:left w:val="single" w:sz="6" w:space="0" w:color="9BAAC0"/>
              <w:bottom w:val="single" w:sz="6" w:space="0" w:color="9BAAC0"/>
              <w:right w:val="single" w:sz="6" w:space="0" w:color="9BAAC0"/>
            </w:tcBorders>
            <w:shd w:val="clear" w:color="auto" w:fill="DCE6F1"/>
          </w:tcPr>
          <w:p w14:paraId="2FB689F5" w14:textId="77777777" w:rsidR="00BE5C45" w:rsidRPr="00C07BAD" w:rsidRDefault="00E06142">
            <w:pPr>
              <w:spacing w:after="20"/>
              <w:jc w:val="center"/>
              <w:rPr>
                <w:rFonts w:asciiTheme="minorBidi" w:hAnsiTheme="minorBidi"/>
                <w:sz w:val="22"/>
              </w:rPr>
            </w:pPr>
            <w:r w:rsidRPr="00C07BAD">
              <w:rPr>
                <w:rFonts w:asciiTheme="minorBidi" w:hAnsiTheme="minorBidi"/>
                <w:b/>
                <w:sz w:val="22"/>
              </w:rPr>
              <w:t>Trial</w:t>
            </w:r>
          </w:p>
        </w:tc>
        <w:tc>
          <w:tcPr>
            <w:tcW w:w="3024" w:type="dxa"/>
            <w:tcBorders>
              <w:top w:val="single" w:sz="6" w:space="0" w:color="9BAAC0"/>
              <w:left w:val="single" w:sz="6" w:space="0" w:color="9BAAC0"/>
              <w:bottom w:val="single" w:sz="6" w:space="0" w:color="9BAAC0"/>
              <w:right w:val="single" w:sz="6" w:space="0" w:color="9BAAC0"/>
            </w:tcBorders>
            <w:shd w:val="clear" w:color="auto" w:fill="DCE6F1"/>
          </w:tcPr>
          <w:p w14:paraId="2FB689F6" w14:textId="77777777" w:rsidR="00BE5C45" w:rsidRPr="00C07BAD" w:rsidRDefault="00E06142">
            <w:pPr>
              <w:spacing w:after="20"/>
              <w:jc w:val="center"/>
              <w:rPr>
                <w:rFonts w:asciiTheme="minorBidi" w:hAnsiTheme="minorBidi"/>
                <w:sz w:val="22"/>
              </w:rPr>
            </w:pPr>
            <w:r w:rsidRPr="00C07BAD">
              <w:rPr>
                <w:rFonts w:asciiTheme="minorBidi" w:hAnsiTheme="minorBidi"/>
                <w:b/>
                <w:sz w:val="22"/>
              </w:rPr>
              <w:t>Which variable did you change, and to what? (height / mass / friction)</w:t>
            </w:r>
          </w:p>
        </w:tc>
        <w:tc>
          <w:tcPr>
            <w:tcW w:w="2736" w:type="dxa"/>
            <w:tcBorders>
              <w:top w:val="single" w:sz="6" w:space="0" w:color="9BAAC0"/>
              <w:left w:val="single" w:sz="6" w:space="0" w:color="9BAAC0"/>
              <w:bottom w:val="single" w:sz="6" w:space="0" w:color="9BAAC0"/>
              <w:right w:val="single" w:sz="6" w:space="0" w:color="9BAAC0"/>
            </w:tcBorders>
            <w:shd w:val="clear" w:color="auto" w:fill="DCE6F1"/>
          </w:tcPr>
          <w:p w14:paraId="2FB689F7" w14:textId="77777777" w:rsidR="00BE5C45" w:rsidRPr="00C07BAD" w:rsidRDefault="00E06142">
            <w:pPr>
              <w:spacing w:after="20"/>
              <w:jc w:val="center"/>
              <w:rPr>
                <w:rFonts w:asciiTheme="minorBidi" w:hAnsiTheme="minorBidi"/>
                <w:sz w:val="22"/>
              </w:rPr>
            </w:pPr>
            <w:r w:rsidRPr="00C07BAD">
              <w:rPr>
                <w:rFonts w:asciiTheme="minorBidi" w:hAnsiTheme="minorBidi"/>
                <w:b/>
                <w:sz w:val="22"/>
              </w:rPr>
              <w:t>What happened to the energy bars? (Potential, Kinetic, Thermal, Total)</w:t>
            </w:r>
          </w:p>
        </w:tc>
        <w:tc>
          <w:tcPr>
            <w:tcW w:w="2638" w:type="dxa"/>
            <w:tcBorders>
              <w:top w:val="single" w:sz="6" w:space="0" w:color="9BAAC0"/>
              <w:left w:val="single" w:sz="6" w:space="0" w:color="9BAAC0"/>
              <w:bottom w:val="single" w:sz="6" w:space="0" w:color="9BAAC0"/>
              <w:right w:val="single" w:sz="6" w:space="0" w:color="9BAAC0"/>
            </w:tcBorders>
            <w:shd w:val="clear" w:color="auto" w:fill="DCE6F1"/>
          </w:tcPr>
          <w:p w14:paraId="2FB689F8" w14:textId="77777777" w:rsidR="00BE5C45" w:rsidRPr="00C07BAD" w:rsidRDefault="00E06142">
            <w:pPr>
              <w:spacing w:after="20"/>
              <w:jc w:val="center"/>
              <w:rPr>
                <w:rFonts w:asciiTheme="minorBidi" w:hAnsiTheme="minorBidi"/>
                <w:sz w:val="22"/>
              </w:rPr>
            </w:pPr>
            <w:r w:rsidRPr="00C07BAD">
              <w:rPr>
                <w:rFonts w:asciiTheme="minorBidi" w:hAnsiTheme="minorBidi"/>
                <w:b/>
                <w:sz w:val="22"/>
              </w:rPr>
              <w:t>Where was the rider fastest? Did it complete the track or stall?</w:t>
            </w:r>
          </w:p>
        </w:tc>
      </w:tr>
      <w:tr w:rsidR="00BE5C45" w:rsidRPr="00C07BAD" w14:paraId="2FB689FE" w14:textId="77777777" w:rsidTr="003A0D1C">
        <w:trPr>
          <w:trHeight w:val="720"/>
        </w:trPr>
        <w:tc>
          <w:tcPr>
            <w:tcW w:w="864" w:type="dxa"/>
            <w:tcBorders>
              <w:top w:val="single" w:sz="6" w:space="0" w:color="9BAAC0"/>
              <w:left w:val="single" w:sz="6" w:space="0" w:color="9BAAC0"/>
              <w:bottom w:val="single" w:sz="6" w:space="0" w:color="9BAAC0"/>
              <w:right w:val="single" w:sz="6" w:space="0" w:color="9BAAC0"/>
            </w:tcBorders>
          </w:tcPr>
          <w:p w14:paraId="2FB689FA" w14:textId="77777777" w:rsidR="00BE5C45" w:rsidRPr="00C07BAD" w:rsidRDefault="00E06142">
            <w:pPr>
              <w:rPr>
                <w:rFonts w:asciiTheme="minorBidi" w:hAnsiTheme="minorBidi"/>
                <w:sz w:val="22"/>
              </w:rPr>
            </w:pPr>
            <w:r w:rsidRPr="00C07BAD">
              <w:rPr>
                <w:rFonts w:asciiTheme="minorBidi" w:hAnsiTheme="minorBidi"/>
                <w:b/>
                <w:sz w:val="22"/>
              </w:rPr>
              <w:t>1</w:t>
            </w:r>
          </w:p>
        </w:tc>
        <w:tc>
          <w:tcPr>
            <w:tcW w:w="3024" w:type="dxa"/>
            <w:tcBorders>
              <w:top w:val="single" w:sz="6" w:space="0" w:color="9BAAC0"/>
              <w:left w:val="single" w:sz="6" w:space="0" w:color="9BAAC0"/>
              <w:bottom w:val="single" w:sz="6" w:space="0" w:color="9BAAC0"/>
              <w:right w:val="single" w:sz="6" w:space="0" w:color="9BAAC0"/>
            </w:tcBorders>
          </w:tcPr>
          <w:p w14:paraId="138E873E" w14:textId="77777777" w:rsidR="00BE5C45" w:rsidRDefault="00BE5C45">
            <w:pPr>
              <w:rPr>
                <w:rFonts w:asciiTheme="minorBidi" w:hAnsiTheme="minorBidi"/>
                <w:sz w:val="22"/>
              </w:rPr>
            </w:pPr>
          </w:p>
          <w:p w14:paraId="2FB689FB" w14:textId="77777777" w:rsidR="003A17A2" w:rsidRPr="00C07BAD" w:rsidRDefault="003A17A2">
            <w:pPr>
              <w:rPr>
                <w:rFonts w:asciiTheme="minorBidi" w:hAnsiTheme="minorBidi"/>
                <w:sz w:val="22"/>
              </w:rPr>
            </w:pPr>
          </w:p>
        </w:tc>
        <w:tc>
          <w:tcPr>
            <w:tcW w:w="2736" w:type="dxa"/>
            <w:tcBorders>
              <w:top w:val="single" w:sz="6" w:space="0" w:color="9BAAC0"/>
              <w:left w:val="single" w:sz="6" w:space="0" w:color="9BAAC0"/>
              <w:bottom w:val="single" w:sz="6" w:space="0" w:color="9BAAC0"/>
              <w:right w:val="single" w:sz="6" w:space="0" w:color="9BAAC0"/>
            </w:tcBorders>
          </w:tcPr>
          <w:p w14:paraId="2FB689FC" w14:textId="77777777" w:rsidR="00BE5C45" w:rsidRPr="00C07BAD" w:rsidRDefault="00BE5C45">
            <w:pPr>
              <w:rPr>
                <w:rFonts w:asciiTheme="minorBidi" w:hAnsiTheme="minorBidi"/>
                <w:sz w:val="22"/>
              </w:rPr>
            </w:pPr>
          </w:p>
        </w:tc>
        <w:tc>
          <w:tcPr>
            <w:tcW w:w="2638" w:type="dxa"/>
            <w:tcBorders>
              <w:top w:val="single" w:sz="6" w:space="0" w:color="9BAAC0"/>
              <w:left w:val="single" w:sz="6" w:space="0" w:color="9BAAC0"/>
              <w:bottom w:val="single" w:sz="6" w:space="0" w:color="9BAAC0"/>
              <w:right w:val="single" w:sz="6" w:space="0" w:color="9BAAC0"/>
            </w:tcBorders>
          </w:tcPr>
          <w:p w14:paraId="2FB689FD" w14:textId="77777777" w:rsidR="00BE5C45" w:rsidRPr="00C07BAD" w:rsidRDefault="00BE5C45">
            <w:pPr>
              <w:rPr>
                <w:rFonts w:asciiTheme="minorBidi" w:hAnsiTheme="minorBidi"/>
                <w:sz w:val="22"/>
              </w:rPr>
            </w:pPr>
          </w:p>
        </w:tc>
      </w:tr>
      <w:tr w:rsidR="00BE5C45" w:rsidRPr="00C07BAD" w14:paraId="2FB68A03" w14:textId="77777777" w:rsidTr="003A0D1C">
        <w:trPr>
          <w:trHeight w:val="720"/>
        </w:trPr>
        <w:tc>
          <w:tcPr>
            <w:tcW w:w="864" w:type="dxa"/>
            <w:tcBorders>
              <w:top w:val="single" w:sz="6" w:space="0" w:color="9BAAC0"/>
              <w:left w:val="single" w:sz="6" w:space="0" w:color="9BAAC0"/>
              <w:bottom w:val="single" w:sz="6" w:space="0" w:color="9BAAC0"/>
              <w:right w:val="single" w:sz="6" w:space="0" w:color="9BAAC0"/>
            </w:tcBorders>
          </w:tcPr>
          <w:p w14:paraId="2FB689FF" w14:textId="77777777" w:rsidR="00BE5C45" w:rsidRPr="00C07BAD" w:rsidRDefault="00E06142">
            <w:pPr>
              <w:rPr>
                <w:rFonts w:asciiTheme="minorBidi" w:hAnsiTheme="minorBidi"/>
                <w:sz w:val="22"/>
              </w:rPr>
            </w:pPr>
            <w:r w:rsidRPr="00C07BAD">
              <w:rPr>
                <w:rFonts w:asciiTheme="minorBidi" w:hAnsiTheme="minorBidi"/>
                <w:b/>
                <w:sz w:val="22"/>
              </w:rPr>
              <w:t>2</w:t>
            </w:r>
          </w:p>
        </w:tc>
        <w:tc>
          <w:tcPr>
            <w:tcW w:w="3024" w:type="dxa"/>
            <w:tcBorders>
              <w:top w:val="single" w:sz="6" w:space="0" w:color="9BAAC0"/>
              <w:left w:val="single" w:sz="6" w:space="0" w:color="9BAAC0"/>
              <w:bottom w:val="single" w:sz="6" w:space="0" w:color="9BAAC0"/>
              <w:right w:val="single" w:sz="6" w:space="0" w:color="9BAAC0"/>
            </w:tcBorders>
          </w:tcPr>
          <w:p w14:paraId="1DED28D7" w14:textId="77777777" w:rsidR="00BE5C45" w:rsidRDefault="00BE5C45">
            <w:pPr>
              <w:rPr>
                <w:rFonts w:asciiTheme="minorBidi" w:hAnsiTheme="minorBidi"/>
                <w:sz w:val="22"/>
              </w:rPr>
            </w:pPr>
          </w:p>
          <w:p w14:paraId="2FB68A00" w14:textId="77777777" w:rsidR="003A17A2" w:rsidRPr="00C07BAD" w:rsidRDefault="003A17A2">
            <w:pPr>
              <w:rPr>
                <w:rFonts w:asciiTheme="minorBidi" w:hAnsiTheme="minorBidi"/>
                <w:sz w:val="22"/>
              </w:rPr>
            </w:pPr>
          </w:p>
        </w:tc>
        <w:tc>
          <w:tcPr>
            <w:tcW w:w="2736" w:type="dxa"/>
            <w:tcBorders>
              <w:top w:val="single" w:sz="6" w:space="0" w:color="9BAAC0"/>
              <w:left w:val="single" w:sz="6" w:space="0" w:color="9BAAC0"/>
              <w:bottom w:val="single" w:sz="6" w:space="0" w:color="9BAAC0"/>
              <w:right w:val="single" w:sz="6" w:space="0" w:color="9BAAC0"/>
            </w:tcBorders>
          </w:tcPr>
          <w:p w14:paraId="2FB68A01" w14:textId="77777777" w:rsidR="00BE5C45" w:rsidRPr="00C07BAD" w:rsidRDefault="00BE5C45">
            <w:pPr>
              <w:rPr>
                <w:rFonts w:asciiTheme="minorBidi" w:hAnsiTheme="minorBidi"/>
                <w:sz w:val="22"/>
              </w:rPr>
            </w:pPr>
          </w:p>
        </w:tc>
        <w:tc>
          <w:tcPr>
            <w:tcW w:w="2638" w:type="dxa"/>
            <w:tcBorders>
              <w:top w:val="single" w:sz="6" w:space="0" w:color="9BAAC0"/>
              <w:left w:val="single" w:sz="6" w:space="0" w:color="9BAAC0"/>
              <w:bottom w:val="single" w:sz="6" w:space="0" w:color="9BAAC0"/>
              <w:right w:val="single" w:sz="6" w:space="0" w:color="9BAAC0"/>
            </w:tcBorders>
          </w:tcPr>
          <w:p w14:paraId="2FB68A02" w14:textId="77777777" w:rsidR="00BE5C45" w:rsidRPr="00C07BAD" w:rsidRDefault="00BE5C45">
            <w:pPr>
              <w:rPr>
                <w:rFonts w:asciiTheme="minorBidi" w:hAnsiTheme="minorBidi"/>
                <w:sz w:val="22"/>
              </w:rPr>
            </w:pPr>
          </w:p>
        </w:tc>
      </w:tr>
      <w:tr w:rsidR="00BE5C45" w:rsidRPr="00C07BAD" w14:paraId="2FB68A08" w14:textId="77777777" w:rsidTr="003A0D1C">
        <w:trPr>
          <w:trHeight w:val="720"/>
        </w:trPr>
        <w:tc>
          <w:tcPr>
            <w:tcW w:w="864" w:type="dxa"/>
            <w:tcBorders>
              <w:top w:val="single" w:sz="6" w:space="0" w:color="9BAAC0"/>
              <w:left w:val="single" w:sz="6" w:space="0" w:color="9BAAC0"/>
              <w:bottom w:val="single" w:sz="6" w:space="0" w:color="9BAAC0"/>
              <w:right w:val="single" w:sz="6" w:space="0" w:color="9BAAC0"/>
            </w:tcBorders>
          </w:tcPr>
          <w:p w14:paraId="2FB68A04" w14:textId="77777777" w:rsidR="00BE5C45" w:rsidRPr="00C07BAD" w:rsidRDefault="00E06142">
            <w:pPr>
              <w:rPr>
                <w:rFonts w:asciiTheme="minorBidi" w:hAnsiTheme="minorBidi"/>
                <w:sz w:val="22"/>
              </w:rPr>
            </w:pPr>
            <w:r w:rsidRPr="00C07BAD">
              <w:rPr>
                <w:rFonts w:asciiTheme="minorBidi" w:hAnsiTheme="minorBidi"/>
                <w:b/>
                <w:sz w:val="22"/>
              </w:rPr>
              <w:t>3</w:t>
            </w:r>
          </w:p>
        </w:tc>
        <w:tc>
          <w:tcPr>
            <w:tcW w:w="3024" w:type="dxa"/>
            <w:tcBorders>
              <w:top w:val="single" w:sz="6" w:space="0" w:color="9BAAC0"/>
              <w:left w:val="single" w:sz="6" w:space="0" w:color="9BAAC0"/>
              <w:bottom w:val="single" w:sz="6" w:space="0" w:color="9BAAC0"/>
              <w:right w:val="single" w:sz="6" w:space="0" w:color="9BAAC0"/>
            </w:tcBorders>
          </w:tcPr>
          <w:p w14:paraId="6B1006DA" w14:textId="77777777" w:rsidR="00BE5C45" w:rsidRDefault="00BE5C45">
            <w:pPr>
              <w:rPr>
                <w:rFonts w:asciiTheme="minorBidi" w:hAnsiTheme="minorBidi"/>
                <w:sz w:val="22"/>
              </w:rPr>
            </w:pPr>
          </w:p>
          <w:p w14:paraId="2FB68A05" w14:textId="77777777" w:rsidR="003A17A2" w:rsidRPr="00C07BAD" w:rsidRDefault="003A17A2">
            <w:pPr>
              <w:rPr>
                <w:rFonts w:asciiTheme="minorBidi" w:hAnsiTheme="minorBidi"/>
                <w:sz w:val="22"/>
              </w:rPr>
            </w:pPr>
          </w:p>
        </w:tc>
        <w:tc>
          <w:tcPr>
            <w:tcW w:w="2736" w:type="dxa"/>
            <w:tcBorders>
              <w:top w:val="single" w:sz="6" w:space="0" w:color="9BAAC0"/>
              <w:left w:val="single" w:sz="6" w:space="0" w:color="9BAAC0"/>
              <w:bottom w:val="single" w:sz="6" w:space="0" w:color="9BAAC0"/>
              <w:right w:val="single" w:sz="6" w:space="0" w:color="9BAAC0"/>
            </w:tcBorders>
          </w:tcPr>
          <w:p w14:paraId="2FB68A06" w14:textId="77777777" w:rsidR="00BE5C45" w:rsidRPr="00C07BAD" w:rsidRDefault="00BE5C45">
            <w:pPr>
              <w:rPr>
                <w:rFonts w:asciiTheme="minorBidi" w:hAnsiTheme="minorBidi"/>
                <w:sz w:val="22"/>
              </w:rPr>
            </w:pPr>
          </w:p>
        </w:tc>
        <w:tc>
          <w:tcPr>
            <w:tcW w:w="2638" w:type="dxa"/>
            <w:tcBorders>
              <w:top w:val="single" w:sz="6" w:space="0" w:color="9BAAC0"/>
              <w:left w:val="single" w:sz="6" w:space="0" w:color="9BAAC0"/>
              <w:bottom w:val="single" w:sz="6" w:space="0" w:color="9BAAC0"/>
              <w:right w:val="single" w:sz="6" w:space="0" w:color="9BAAC0"/>
            </w:tcBorders>
          </w:tcPr>
          <w:p w14:paraId="2FB68A07" w14:textId="77777777" w:rsidR="00BE5C45" w:rsidRPr="00C07BAD" w:rsidRDefault="00BE5C45">
            <w:pPr>
              <w:rPr>
                <w:rFonts w:asciiTheme="minorBidi" w:hAnsiTheme="minorBidi"/>
                <w:sz w:val="22"/>
              </w:rPr>
            </w:pPr>
          </w:p>
        </w:tc>
      </w:tr>
      <w:tr w:rsidR="00BE5C45" w:rsidRPr="00C07BAD" w14:paraId="2FB68A0D" w14:textId="77777777" w:rsidTr="003A0D1C">
        <w:trPr>
          <w:trHeight w:val="720"/>
        </w:trPr>
        <w:tc>
          <w:tcPr>
            <w:tcW w:w="864" w:type="dxa"/>
            <w:tcBorders>
              <w:top w:val="single" w:sz="6" w:space="0" w:color="9BAAC0"/>
              <w:left w:val="single" w:sz="6" w:space="0" w:color="9BAAC0"/>
              <w:bottom w:val="single" w:sz="6" w:space="0" w:color="9BAAC0"/>
              <w:right w:val="single" w:sz="6" w:space="0" w:color="9BAAC0"/>
            </w:tcBorders>
          </w:tcPr>
          <w:p w14:paraId="2FB68A09" w14:textId="77777777" w:rsidR="00BE5C45" w:rsidRPr="00C07BAD" w:rsidRDefault="00E06142">
            <w:pPr>
              <w:rPr>
                <w:rFonts w:asciiTheme="minorBidi" w:hAnsiTheme="minorBidi"/>
                <w:sz w:val="22"/>
              </w:rPr>
            </w:pPr>
            <w:r w:rsidRPr="00C07BAD">
              <w:rPr>
                <w:rFonts w:asciiTheme="minorBidi" w:hAnsiTheme="minorBidi"/>
                <w:b/>
                <w:sz w:val="22"/>
              </w:rPr>
              <w:t>4</w:t>
            </w:r>
          </w:p>
        </w:tc>
        <w:tc>
          <w:tcPr>
            <w:tcW w:w="3024" w:type="dxa"/>
            <w:tcBorders>
              <w:top w:val="single" w:sz="6" w:space="0" w:color="9BAAC0"/>
              <w:left w:val="single" w:sz="6" w:space="0" w:color="9BAAC0"/>
              <w:bottom w:val="single" w:sz="6" w:space="0" w:color="9BAAC0"/>
              <w:right w:val="single" w:sz="6" w:space="0" w:color="9BAAC0"/>
            </w:tcBorders>
          </w:tcPr>
          <w:p w14:paraId="78F32A37" w14:textId="77777777" w:rsidR="00BE5C45" w:rsidRDefault="00BE5C45">
            <w:pPr>
              <w:rPr>
                <w:rFonts w:asciiTheme="minorBidi" w:hAnsiTheme="minorBidi"/>
                <w:sz w:val="22"/>
              </w:rPr>
            </w:pPr>
          </w:p>
          <w:p w14:paraId="2FB68A0A" w14:textId="77777777" w:rsidR="003A17A2" w:rsidRPr="00C07BAD" w:rsidRDefault="003A17A2">
            <w:pPr>
              <w:rPr>
                <w:rFonts w:asciiTheme="minorBidi" w:hAnsiTheme="minorBidi"/>
                <w:sz w:val="22"/>
              </w:rPr>
            </w:pPr>
          </w:p>
        </w:tc>
        <w:tc>
          <w:tcPr>
            <w:tcW w:w="2736" w:type="dxa"/>
            <w:tcBorders>
              <w:top w:val="single" w:sz="6" w:space="0" w:color="9BAAC0"/>
              <w:left w:val="single" w:sz="6" w:space="0" w:color="9BAAC0"/>
              <w:bottom w:val="single" w:sz="6" w:space="0" w:color="9BAAC0"/>
              <w:right w:val="single" w:sz="6" w:space="0" w:color="9BAAC0"/>
            </w:tcBorders>
          </w:tcPr>
          <w:p w14:paraId="2FB68A0B" w14:textId="77777777" w:rsidR="00BE5C45" w:rsidRPr="00C07BAD" w:rsidRDefault="00BE5C45">
            <w:pPr>
              <w:rPr>
                <w:rFonts w:asciiTheme="minorBidi" w:hAnsiTheme="minorBidi"/>
                <w:sz w:val="22"/>
              </w:rPr>
            </w:pPr>
          </w:p>
        </w:tc>
        <w:tc>
          <w:tcPr>
            <w:tcW w:w="2638" w:type="dxa"/>
            <w:tcBorders>
              <w:top w:val="single" w:sz="6" w:space="0" w:color="9BAAC0"/>
              <w:left w:val="single" w:sz="6" w:space="0" w:color="9BAAC0"/>
              <w:bottom w:val="single" w:sz="6" w:space="0" w:color="9BAAC0"/>
              <w:right w:val="single" w:sz="6" w:space="0" w:color="9BAAC0"/>
            </w:tcBorders>
          </w:tcPr>
          <w:p w14:paraId="2FB68A0C" w14:textId="77777777" w:rsidR="00BE5C45" w:rsidRPr="00C07BAD" w:rsidRDefault="00BE5C45">
            <w:pPr>
              <w:rPr>
                <w:rFonts w:asciiTheme="minorBidi" w:hAnsiTheme="minorBidi"/>
                <w:sz w:val="22"/>
              </w:rPr>
            </w:pPr>
          </w:p>
        </w:tc>
      </w:tr>
      <w:tr w:rsidR="00BE5C45" w:rsidRPr="00C07BAD" w14:paraId="2FB68A12" w14:textId="77777777" w:rsidTr="003A0D1C">
        <w:trPr>
          <w:trHeight w:val="720"/>
        </w:trPr>
        <w:tc>
          <w:tcPr>
            <w:tcW w:w="864" w:type="dxa"/>
            <w:tcBorders>
              <w:top w:val="single" w:sz="6" w:space="0" w:color="9BAAC0"/>
              <w:left w:val="single" w:sz="6" w:space="0" w:color="9BAAC0"/>
              <w:bottom w:val="single" w:sz="6" w:space="0" w:color="9BAAC0"/>
              <w:right w:val="single" w:sz="6" w:space="0" w:color="9BAAC0"/>
            </w:tcBorders>
          </w:tcPr>
          <w:p w14:paraId="2FB68A0E" w14:textId="77777777" w:rsidR="00BE5C45" w:rsidRPr="00C07BAD" w:rsidRDefault="00E06142">
            <w:pPr>
              <w:rPr>
                <w:rFonts w:asciiTheme="minorBidi" w:hAnsiTheme="minorBidi"/>
                <w:sz w:val="22"/>
              </w:rPr>
            </w:pPr>
            <w:r w:rsidRPr="00C07BAD">
              <w:rPr>
                <w:rFonts w:asciiTheme="minorBidi" w:hAnsiTheme="minorBidi"/>
                <w:b/>
                <w:sz w:val="22"/>
              </w:rPr>
              <w:t>5</w:t>
            </w:r>
          </w:p>
        </w:tc>
        <w:tc>
          <w:tcPr>
            <w:tcW w:w="3024" w:type="dxa"/>
            <w:tcBorders>
              <w:top w:val="single" w:sz="6" w:space="0" w:color="9BAAC0"/>
              <w:left w:val="single" w:sz="6" w:space="0" w:color="9BAAC0"/>
              <w:bottom w:val="single" w:sz="6" w:space="0" w:color="9BAAC0"/>
              <w:right w:val="single" w:sz="6" w:space="0" w:color="9BAAC0"/>
            </w:tcBorders>
          </w:tcPr>
          <w:p w14:paraId="23CA989F" w14:textId="77777777" w:rsidR="00BE5C45" w:rsidRDefault="00BE5C45">
            <w:pPr>
              <w:rPr>
                <w:rFonts w:asciiTheme="minorBidi" w:hAnsiTheme="minorBidi"/>
                <w:sz w:val="22"/>
              </w:rPr>
            </w:pPr>
          </w:p>
          <w:p w14:paraId="2FB68A0F" w14:textId="77777777" w:rsidR="003A17A2" w:rsidRPr="00C07BAD" w:rsidRDefault="003A17A2">
            <w:pPr>
              <w:rPr>
                <w:rFonts w:asciiTheme="minorBidi" w:hAnsiTheme="minorBidi"/>
                <w:sz w:val="22"/>
              </w:rPr>
            </w:pPr>
          </w:p>
        </w:tc>
        <w:tc>
          <w:tcPr>
            <w:tcW w:w="2736" w:type="dxa"/>
            <w:tcBorders>
              <w:top w:val="single" w:sz="6" w:space="0" w:color="9BAAC0"/>
              <w:left w:val="single" w:sz="6" w:space="0" w:color="9BAAC0"/>
              <w:bottom w:val="single" w:sz="6" w:space="0" w:color="9BAAC0"/>
              <w:right w:val="single" w:sz="6" w:space="0" w:color="9BAAC0"/>
            </w:tcBorders>
          </w:tcPr>
          <w:p w14:paraId="2FB68A10" w14:textId="77777777" w:rsidR="00BE5C45" w:rsidRPr="00C07BAD" w:rsidRDefault="00BE5C45">
            <w:pPr>
              <w:rPr>
                <w:rFonts w:asciiTheme="minorBidi" w:hAnsiTheme="minorBidi"/>
                <w:sz w:val="22"/>
              </w:rPr>
            </w:pPr>
          </w:p>
        </w:tc>
        <w:tc>
          <w:tcPr>
            <w:tcW w:w="2638" w:type="dxa"/>
            <w:tcBorders>
              <w:top w:val="single" w:sz="6" w:space="0" w:color="9BAAC0"/>
              <w:left w:val="single" w:sz="6" w:space="0" w:color="9BAAC0"/>
              <w:bottom w:val="single" w:sz="6" w:space="0" w:color="9BAAC0"/>
              <w:right w:val="single" w:sz="6" w:space="0" w:color="9BAAC0"/>
            </w:tcBorders>
          </w:tcPr>
          <w:p w14:paraId="2FB68A11" w14:textId="77777777" w:rsidR="00BE5C45" w:rsidRPr="00C07BAD" w:rsidRDefault="00BE5C45">
            <w:pPr>
              <w:rPr>
                <w:rFonts w:asciiTheme="minorBidi" w:hAnsiTheme="minorBidi"/>
                <w:sz w:val="22"/>
              </w:rPr>
            </w:pPr>
          </w:p>
        </w:tc>
      </w:tr>
      <w:tr w:rsidR="00BE5C45" w:rsidRPr="00C07BAD" w14:paraId="2FB68A17" w14:textId="77777777" w:rsidTr="003A0D1C">
        <w:trPr>
          <w:trHeight w:val="720"/>
        </w:trPr>
        <w:tc>
          <w:tcPr>
            <w:tcW w:w="864" w:type="dxa"/>
            <w:tcBorders>
              <w:top w:val="single" w:sz="6" w:space="0" w:color="9BAAC0"/>
              <w:left w:val="single" w:sz="6" w:space="0" w:color="9BAAC0"/>
              <w:bottom w:val="single" w:sz="6" w:space="0" w:color="9BAAC0"/>
              <w:right w:val="single" w:sz="6" w:space="0" w:color="9BAAC0"/>
            </w:tcBorders>
          </w:tcPr>
          <w:p w14:paraId="2FB68A13" w14:textId="77777777" w:rsidR="00BE5C45" w:rsidRPr="00C07BAD" w:rsidRDefault="00E06142">
            <w:pPr>
              <w:rPr>
                <w:rFonts w:asciiTheme="minorBidi" w:hAnsiTheme="minorBidi"/>
                <w:sz w:val="22"/>
              </w:rPr>
            </w:pPr>
            <w:r w:rsidRPr="00C07BAD">
              <w:rPr>
                <w:rFonts w:asciiTheme="minorBidi" w:hAnsiTheme="minorBidi"/>
                <w:b/>
                <w:sz w:val="22"/>
              </w:rPr>
              <w:t>6</w:t>
            </w:r>
          </w:p>
        </w:tc>
        <w:tc>
          <w:tcPr>
            <w:tcW w:w="3024" w:type="dxa"/>
            <w:tcBorders>
              <w:top w:val="single" w:sz="6" w:space="0" w:color="9BAAC0"/>
              <w:left w:val="single" w:sz="6" w:space="0" w:color="9BAAC0"/>
              <w:bottom w:val="single" w:sz="6" w:space="0" w:color="9BAAC0"/>
              <w:right w:val="single" w:sz="6" w:space="0" w:color="9BAAC0"/>
            </w:tcBorders>
          </w:tcPr>
          <w:p w14:paraId="05705E3C" w14:textId="77777777" w:rsidR="00BE5C45" w:rsidRDefault="00BE5C45">
            <w:pPr>
              <w:rPr>
                <w:rFonts w:asciiTheme="minorBidi" w:hAnsiTheme="minorBidi"/>
                <w:sz w:val="22"/>
              </w:rPr>
            </w:pPr>
          </w:p>
          <w:p w14:paraId="2FB68A14" w14:textId="77777777" w:rsidR="003A17A2" w:rsidRPr="00C07BAD" w:rsidRDefault="003A17A2">
            <w:pPr>
              <w:rPr>
                <w:rFonts w:asciiTheme="minorBidi" w:hAnsiTheme="minorBidi"/>
                <w:sz w:val="22"/>
              </w:rPr>
            </w:pPr>
          </w:p>
        </w:tc>
        <w:tc>
          <w:tcPr>
            <w:tcW w:w="2736" w:type="dxa"/>
            <w:tcBorders>
              <w:top w:val="single" w:sz="6" w:space="0" w:color="9BAAC0"/>
              <w:left w:val="single" w:sz="6" w:space="0" w:color="9BAAC0"/>
              <w:bottom w:val="single" w:sz="6" w:space="0" w:color="9BAAC0"/>
              <w:right w:val="single" w:sz="6" w:space="0" w:color="9BAAC0"/>
            </w:tcBorders>
          </w:tcPr>
          <w:p w14:paraId="2FB68A15" w14:textId="77777777" w:rsidR="00BE5C45" w:rsidRPr="00C07BAD" w:rsidRDefault="00BE5C45">
            <w:pPr>
              <w:rPr>
                <w:rFonts w:asciiTheme="minorBidi" w:hAnsiTheme="minorBidi"/>
                <w:sz w:val="22"/>
              </w:rPr>
            </w:pPr>
          </w:p>
        </w:tc>
        <w:tc>
          <w:tcPr>
            <w:tcW w:w="2638" w:type="dxa"/>
            <w:tcBorders>
              <w:top w:val="single" w:sz="6" w:space="0" w:color="9BAAC0"/>
              <w:left w:val="single" w:sz="6" w:space="0" w:color="9BAAC0"/>
              <w:bottom w:val="single" w:sz="6" w:space="0" w:color="9BAAC0"/>
              <w:right w:val="single" w:sz="6" w:space="0" w:color="9BAAC0"/>
            </w:tcBorders>
          </w:tcPr>
          <w:p w14:paraId="2FB68A16" w14:textId="77777777" w:rsidR="00BE5C45" w:rsidRPr="00C07BAD" w:rsidRDefault="00BE5C45">
            <w:pPr>
              <w:rPr>
                <w:rFonts w:asciiTheme="minorBidi" w:hAnsiTheme="minorBidi"/>
                <w:sz w:val="22"/>
              </w:rPr>
            </w:pPr>
          </w:p>
        </w:tc>
      </w:tr>
    </w:tbl>
    <w:p w14:paraId="7280F2DF" w14:textId="77777777" w:rsidR="00C07BAD" w:rsidRDefault="00C07BAD">
      <w:pPr>
        <w:spacing w:after="80"/>
        <w:rPr>
          <w:rFonts w:asciiTheme="minorBidi" w:hAnsiTheme="minorBidi"/>
          <w:sz w:val="22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944"/>
        <w:gridCol w:w="7128"/>
      </w:tblGrid>
      <w:tr w:rsidR="00BE5C45" w:rsidRPr="00C07BAD" w14:paraId="2FB68A1B" w14:textId="77777777"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shd w:val="clear" w:color="auto" w:fill="23466E"/>
            <w:vAlign w:val="center"/>
          </w:tcPr>
          <w:p w14:paraId="2FB68A19" w14:textId="77777777" w:rsidR="00BE5C45" w:rsidRPr="00C07BAD" w:rsidRDefault="00E06142">
            <w:pPr>
              <w:spacing w:before="40" w:after="40"/>
              <w:jc w:val="center"/>
              <w:rPr>
                <w:rFonts w:asciiTheme="minorBidi" w:hAnsiTheme="minorBidi"/>
                <w:sz w:val="22"/>
              </w:rPr>
            </w:pPr>
            <w:r w:rsidRPr="00C07BAD">
              <w:rPr>
                <w:rFonts w:asciiTheme="minorBidi" w:hAnsiTheme="minorBidi"/>
                <w:b/>
                <w:color w:val="FFFFFF"/>
                <w:sz w:val="22"/>
              </w:rPr>
              <w:t>IMPROVE</w:t>
            </w:r>
          </w:p>
        </w:tc>
        <w:tc>
          <w:tcPr>
            <w:tcW w:w="7128" w:type="dxa"/>
            <w:tcBorders>
              <w:top w:val="nil"/>
              <w:left w:val="nil"/>
              <w:bottom w:val="nil"/>
              <w:right w:val="nil"/>
            </w:tcBorders>
            <w:shd w:val="clear" w:color="auto" w:fill="DCE6F1"/>
            <w:vAlign w:val="center"/>
          </w:tcPr>
          <w:p w14:paraId="2FB68A1A" w14:textId="77777777" w:rsidR="00BE5C45" w:rsidRPr="00C07BAD" w:rsidRDefault="00E06142">
            <w:pPr>
              <w:spacing w:before="40" w:after="40"/>
              <w:ind w:left="115"/>
              <w:rPr>
                <w:rFonts w:asciiTheme="minorBidi" w:hAnsiTheme="minorBidi"/>
                <w:sz w:val="22"/>
              </w:rPr>
            </w:pPr>
            <w:r w:rsidRPr="00C07BAD">
              <w:rPr>
                <w:rFonts w:asciiTheme="minorBidi" w:hAnsiTheme="minorBidi"/>
                <w:sz w:val="22"/>
              </w:rPr>
              <w:t>Use what you learned to adjust your coaster.</w:t>
            </w:r>
          </w:p>
        </w:tc>
      </w:tr>
    </w:tbl>
    <w:p w14:paraId="2FB68A1C" w14:textId="77777777" w:rsidR="00BE5C45" w:rsidRPr="00C07BAD" w:rsidRDefault="00BE5C45">
      <w:pPr>
        <w:spacing w:after="80"/>
        <w:rPr>
          <w:rFonts w:asciiTheme="minorBidi" w:hAnsiTheme="minorBidi"/>
          <w:sz w:val="22"/>
        </w:rPr>
      </w:pPr>
    </w:p>
    <w:p w14:paraId="2FB68A1D" w14:textId="77777777" w:rsidR="00BE5C45" w:rsidRPr="00C07BAD" w:rsidRDefault="00E06142">
      <w:pPr>
        <w:spacing w:before="120" w:after="60"/>
        <w:rPr>
          <w:rFonts w:asciiTheme="minorBidi" w:hAnsiTheme="minorBidi"/>
          <w:sz w:val="22"/>
        </w:rPr>
      </w:pPr>
      <w:r w:rsidRPr="00C07BAD">
        <w:rPr>
          <w:rFonts w:asciiTheme="minorBidi" w:hAnsiTheme="minorBidi"/>
          <w:b/>
          <w:sz w:val="22"/>
        </w:rPr>
        <w:t>Adjust your track or your variables so the rider completes the whole track. What did you change, and what happened to the total energy when you added or removed friction?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262"/>
      </w:tblGrid>
      <w:tr w:rsidR="00BE5C45" w:rsidRPr="00C07BAD" w14:paraId="2FB68A1F" w14:textId="77777777" w:rsidTr="003A0D1C">
        <w:trPr>
          <w:trHeight w:val="1008"/>
        </w:trPr>
        <w:tc>
          <w:tcPr>
            <w:tcW w:w="9262" w:type="dxa"/>
            <w:tcBorders>
              <w:top w:val="single" w:sz="6" w:space="0" w:color="9BAAC0"/>
              <w:left w:val="single" w:sz="6" w:space="0" w:color="9BAAC0"/>
              <w:bottom w:val="single" w:sz="6" w:space="0" w:color="9BAAC0"/>
              <w:right w:val="single" w:sz="6" w:space="0" w:color="9BAAC0"/>
            </w:tcBorders>
          </w:tcPr>
          <w:p w14:paraId="3D07DB84" w14:textId="77777777" w:rsidR="00BE5C45" w:rsidRDefault="00BE5C45">
            <w:pPr>
              <w:rPr>
                <w:rFonts w:asciiTheme="minorBidi" w:hAnsiTheme="minorBidi"/>
                <w:sz w:val="22"/>
              </w:rPr>
            </w:pPr>
          </w:p>
          <w:p w14:paraId="7034D60A" w14:textId="77777777" w:rsidR="00173931" w:rsidRDefault="00173931">
            <w:pPr>
              <w:rPr>
                <w:rFonts w:asciiTheme="minorBidi" w:hAnsiTheme="minorBidi"/>
                <w:sz w:val="22"/>
              </w:rPr>
            </w:pPr>
          </w:p>
          <w:p w14:paraId="5C66053F" w14:textId="77777777" w:rsidR="00173931" w:rsidRDefault="00173931">
            <w:pPr>
              <w:rPr>
                <w:rFonts w:asciiTheme="minorBidi" w:hAnsiTheme="minorBidi"/>
                <w:sz w:val="22"/>
              </w:rPr>
            </w:pPr>
          </w:p>
          <w:p w14:paraId="5AEB9606" w14:textId="77777777" w:rsidR="00173931" w:rsidRDefault="00173931">
            <w:pPr>
              <w:rPr>
                <w:rFonts w:asciiTheme="minorBidi" w:hAnsiTheme="minorBidi"/>
                <w:sz w:val="22"/>
              </w:rPr>
            </w:pPr>
          </w:p>
          <w:p w14:paraId="2FB68A1E" w14:textId="77777777" w:rsidR="00173931" w:rsidRPr="00C07BAD" w:rsidRDefault="00173931">
            <w:pPr>
              <w:rPr>
                <w:rFonts w:asciiTheme="minorBidi" w:hAnsiTheme="minorBidi"/>
                <w:sz w:val="22"/>
              </w:rPr>
            </w:pPr>
          </w:p>
        </w:tc>
      </w:tr>
    </w:tbl>
    <w:p w14:paraId="2FB68A20" w14:textId="77777777" w:rsidR="00BE5C45" w:rsidRPr="00C07BAD" w:rsidRDefault="00BE5C45">
      <w:pPr>
        <w:spacing w:after="80"/>
        <w:rPr>
          <w:rFonts w:asciiTheme="minorBidi" w:hAnsiTheme="minorBidi"/>
          <w:sz w:val="22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072"/>
      </w:tblGrid>
      <w:tr w:rsidR="00BE5C45" w:rsidRPr="00C07BAD" w14:paraId="2FB68A22" w14:textId="77777777"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23466E"/>
          </w:tcPr>
          <w:p w14:paraId="2FB68A21" w14:textId="77777777" w:rsidR="00BE5C45" w:rsidRPr="00C07BAD" w:rsidRDefault="00E06142">
            <w:pPr>
              <w:spacing w:before="40" w:after="40"/>
              <w:ind w:left="115"/>
              <w:rPr>
                <w:rFonts w:asciiTheme="minorBidi" w:hAnsiTheme="minorBidi"/>
                <w:sz w:val="22"/>
              </w:rPr>
            </w:pPr>
            <w:r w:rsidRPr="00C07BAD">
              <w:rPr>
                <w:rFonts w:asciiTheme="minorBidi" w:hAnsiTheme="minorBidi"/>
                <w:b/>
                <w:color w:val="FFFFFF"/>
                <w:sz w:val="22"/>
              </w:rPr>
              <w:lastRenderedPageBreak/>
              <w:t>Phase 3: Analyze &amp; Explain</w:t>
            </w:r>
          </w:p>
        </w:tc>
      </w:tr>
    </w:tbl>
    <w:p w14:paraId="2FB68A24" w14:textId="77777777" w:rsidR="00BE5C45" w:rsidRPr="00C07BAD" w:rsidRDefault="00E06142">
      <w:pPr>
        <w:spacing w:after="60"/>
        <w:rPr>
          <w:rFonts w:asciiTheme="minorBidi" w:hAnsiTheme="minorBidi"/>
          <w:sz w:val="22"/>
        </w:rPr>
      </w:pPr>
      <w:r w:rsidRPr="00C07BAD">
        <w:rPr>
          <w:rFonts w:asciiTheme="minorBidi" w:hAnsiTheme="minorBidi"/>
          <w:i/>
          <w:sz w:val="22"/>
        </w:rPr>
        <w:t>Complete this part on your own, using the data you and your partner collected.</w:t>
      </w:r>
    </w:p>
    <w:p w14:paraId="2FB68A25" w14:textId="77777777" w:rsidR="00BE5C45" w:rsidRPr="00C07BAD" w:rsidRDefault="00E06142">
      <w:pPr>
        <w:spacing w:before="120" w:after="60"/>
        <w:rPr>
          <w:rFonts w:asciiTheme="minorBidi" w:hAnsiTheme="minorBidi"/>
          <w:sz w:val="22"/>
        </w:rPr>
      </w:pPr>
      <w:r w:rsidRPr="00C07BAD">
        <w:rPr>
          <w:rFonts w:asciiTheme="minorBidi" w:hAnsiTheme="minorBidi"/>
          <w:b/>
          <w:sz w:val="22"/>
        </w:rPr>
        <w:t>Look for the patterns in your data.</w:t>
      </w:r>
      <w:r w:rsidRPr="00C07BAD">
        <w:rPr>
          <w:rFonts w:asciiTheme="minorBidi" w:hAnsiTheme="minorBidi"/>
          <w:sz w:val="22"/>
        </w:rPr>
        <w:t xml:space="preserve"> Complete each sentence below using one of the variables you changed (height, mass, or friction). </w:t>
      </w:r>
      <w:r w:rsidRPr="00C07BAD">
        <w:rPr>
          <w:rFonts w:asciiTheme="minorBidi" w:hAnsiTheme="minorBidi"/>
          <w:i/>
          <w:sz w:val="22"/>
        </w:rPr>
        <w:t>(Example: As the height increases, the potential energy increases.)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072"/>
      </w:tblGrid>
      <w:tr w:rsidR="00BE5C45" w:rsidRPr="00C07BAD" w14:paraId="2FB68A29" w14:textId="77777777">
        <w:trPr>
          <w:trHeight w:val="792"/>
        </w:trPr>
        <w:tc>
          <w:tcPr>
            <w:tcW w:w="9072" w:type="dxa"/>
            <w:tcBorders>
              <w:top w:val="single" w:sz="6" w:space="0" w:color="9BAAC0"/>
              <w:left w:val="single" w:sz="6" w:space="0" w:color="9BAAC0"/>
              <w:bottom w:val="single" w:sz="6" w:space="0" w:color="9BAAC0"/>
              <w:right w:val="single" w:sz="6" w:space="0" w:color="9BAAC0"/>
            </w:tcBorders>
          </w:tcPr>
          <w:p w14:paraId="2FB68A26" w14:textId="77777777" w:rsidR="00BE5C45" w:rsidRPr="00C07BAD" w:rsidRDefault="00E06142">
            <w:pPr>
              <w:spacing w:after="120"/>
              <w:ind w:left="72"/>
              <w:rPr>
                <w:rFonts w:asciiTheme="minorBidi" w:hAnsiTheme="minorBidi"/>
                <w:sz w:val="22"/>
              </w:rPr>
            </w:pPr>
            <w:r w:rsidRPr="00C07BAD">
              <w:rPr>
                <w:rFonts w:asciiTheme="minorBidi" w:hAnsiTheme="minorBidi"/>
                <w:sz w:val="22"/>
              </w:rPr>
              <w:t>As the ______________ increases, the ______________ energy ______________.</w:t>
            </w:r>
          </w:p>
          <w:p w14:paraId="2FB68A27" w14:textId="77777777" w:rsidR="00BE5C45" w:rsidRPr="00C07BAD" w:rsidRDefault="00E06142">
            <w:pPr>
              <w:spacing w:after="120"/>
              <w:ind w:left="72"/>
              <w:rPr>
                <w:rFonts w:asciiTheme="minorBidi" w:hAnsiTheme="minorBidi"/>
                <w:sz w:val="22"/>
              </w:rPr>
            </w:pPr>
            <w:r w:rsidRPr="00C07BAD">
              <w:rPr>
                <w:rFonts w:asciiTheme="minorBidi" w:hAnsiTheme="minorBidi"/>
                <w:sz w:val="22"/>
              </w:rPr>
              <w:t>As the ______________ increases, the ______________ energy ______________.</w:t>
            </w:r>
          </w:p>
          <w:p w14:paraId="2FB68A28" w14:textId="77777777" w:rsidR="00BE5C45" w:rsidRPr="00C07BAD" w:rsidRDefault="00E06142">
            <w:pPr>
              <w:spacing w:after="120"/>
              <w:ind w:left="72"/>
              <w:rPr>
                <w:rFonts w:asciiTheme="minorBidi" w:hAnsiTheme="minorBidi"/>
                <w:sz w:val="22"/>
              </w:rPr>
            </w:pPr>
            <w:r w:rsidRPr="00C07BAD">
              <w:rPr>
                <w:rFonts w:asciiTheme="minorBidi" w:hAnsiTheme="minorBidi"/>
                <w:sz w:val="22"/>
              </w:rPr>
              <w:t>As the ______________ increases, the ______________ energy ______________.</w:t>
            </w:r>
          </w:p>
        </w:tc>
      </w:tr>
    </w:tbl>
    <w:p w14:paraId="2FB68A2A" w14:textId="77777777" w:rsidR="00BE5C45" w:rsidRPr="00C07BAD" w:rsidRDefault="00BE5C45">
      <w:pPr>
        <w:spacing w:after="80"/>
        <w:rPr>
          <w:rFonts w:asciiTheme="minorBidi" w:hAnsiTheme="minorBidi"/>
          <w:sz w:val="22"/>
        </w:rPr>
      </w:pPr>
    </w:p>
    <w:p w14:paraId="2FB68A2B" w14:textId="77777777" w:rsidR="00BE5C45" w:rsidRPr="00C07BAD" w:rsidRDefault="00E06142">
      <w:pPr>
        <w:spacing w:before="120" w:after="60"/>
        <w:rPr>
          <w:rFonts w:asciiTheme="minorBidi" w:hAnsiTheme="minorBidi"/>
          <w:sz w:val="22"/>
        </w:rPr>
      </w:pPr>
      <w:r w:rsidRPr="00C07BAD">
        <w:rPr>
          <w:rFonts w:asciiTheme="minorBidi" w:hAnsiTheme="minorBidi"/>
          <w:b/>
          <w:sz w:val="22"/>
        </w:rPr>
        <w:t>Now fill in each blank using evidence from your trials: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072"/>
      </w:tblGrid>
      <w:tr w:rsidR="00BE5C45" w:rsidRPr="00C07BAD" w14:paraId="2FB68A30" w14:textId="77777777">
        <w:trPr>
          <w:trHeight w:val="792"/>
        </w:trPr>
        <w:tc>
          <w:tcPr>
            <w:tcW w:w="9072" w:type="dxa"/>
            <w:tcBorders>
              <w:top w:val="single" w:sz="6" w:space="0" w:color="9BAAC0"/>
              <w:left w:val="single" w:sz="6" w:space="0" w:color="9BAAC0"/>
              <w:bottom w:val="single" w:sz="6" w:space="0" w:color="9BAAC0"/>
              <w:right w:val="single" w:sz="6" w:space="0" w:color="9BAAC0"/>
            </w:tcBorders>
          </w:tcPr>
          <w:p w14:paraId="2FB68A2C" w14:textId="6A94ACD6" w:rsidR="00BE5C45" w:rsidRPr="00C07BAD" w:rsidRDefault="00E06142">
            <w:pPr>
              <w:spacing w:after="120"/>
              <w:ind w:left="72"/>
              <w:rPr>
                <w:rFonts w:asciiTheme="minorBidi" w:hAnsiTheme="minorBidi"/>
                <w:sz w:val="22"/>
              </w:rPr>
            </w:pPr>
            <w:r w:rsidRPr="00C07BAD">
              <w:rPr>
                <w:rFonts w:asciiTheme="minorBidi" w:hAnsiTheme="minorBidi"/>
                <w:sz w:val="22"/>
              </w:rPr>
              <w:t xml:space="preserve">The </w:t>
            </w:r>
            <w:r w:rsidRPr="00C07BAD">
              <w:rPr>
                <w:rFonts w:asciiTheme="minorBidi" w:hAnsiTheme="minorBidi"/>
                <w:b/>
                <w:sz w:val="22"/>
              </w:rPr>
              <w:t>kinetic energy increases</w:t>
            </w:r>
            <w:r w:rsidRPr="00C07BAD">
              <w:rPr>
                <w:rFonts w:asciiTheme="minorBidi" w:hAnsiTheme="minorBidi"/>
                <w:sz w:val="22"/>
              </w:rPr>
              <w:t xml:space="preserve"> when ______________________________________________________</w:t>
            </w:r>
            <w:r w:rsidR="009A0B44">
              <w:rPr>
                <w:rFonts w:asciiTheme="minorBidi" w:hAnsiTheme="minorBidi"/>
                <w:sz w:val="22"/>
              </w:rPr>
              <w:t>.</w:t>
            </w:r>
          </w:p>
          <w:p w14:paraId="2FB68A2D" w14:textId="64B77345" w:rsidR="00BE5C45" w:rsidRPr="00C07BAD" w:rsidRDefault="00E06142">
            <w:pPr>
              <w:spacing w:after="120"/>
              <w:ind w:left="72"/>
              <w:rPr>
                <w:rFonts w:asciiTheme="minorBidi" w:hAnsiTheme="minorBidi"/>
                <w:sz w:val="22"/>
              </w:rPr>
            </w:pPr>
            <w:r w:rsidRPr="00C07BAD">
              <w:rPr>
                <w:rFonts w:asciiTheme="minorBidi" w:hAnsiTheme="minorBidi"/>
                <w:sz w:val="22"/>
              </w:rPr>
              <w:t xml:space="preserve">The </w:t>
            </w:r>
            <w:r w:rsidRPr="00C07BAD">
              <w:rPr>
                <w:rFonts w:asciiTheme="minorBidi" w:hAnsiTheme="minorBidi"/>
                <w:b/>
                <w:sz w:val="22"/>
              </w:rPr>
              <w:t>potential energy decreases</w:t>
            </w:r>
            <w:r w:rsidRPr="00C07BAD">
              <w:rPr>
                <w:rFonts w:asciiTheme="minorBidi" w:hAnsiTheme="minorBidi"/>
                <w:sz w:val="22"/>
              </w:rPr>
              <w:t xml:space="preserve"> when ____________________________________________________</w:t>
            </w:r>
            <w:r w:rsidR="009A0B44">
              <w:rPr>
                <w:rFonts w:asciiTheme="minorBidi" w:hAnsiTheme="minorBidi"/>
                <w:sz w:val="22"/>
              </w:rPr>
              <w:t>.</w:t>
            </w:r>
          </w:p>
          <w:p w14:paraId="2FB68A2E" w14:textId="6CCDFCA0" w:rsidR="00BE5C45" w:rsidRPr="00C07BAD" w:rsidRDefault="00E06142">
            <w:pPr>
              <w:spacing w:after="120"/>
              <w:ind w:left="72"/>
              <w:rPr>
                <w:rFonts w:asciiTheme="minorBidi" w:hAnsiTheme="minorBidi"/>
                <w:sz w:val="22"/>
              </w:rPr>
            </w:pPr>
            <w:r w:rsidRPr="00C07BAD">
              <w:rPr>
                <w:rFonts w:asciiTheme="minorBidi" w:hAnsiTheme="minorBidi"/>
                <w:sz w:val="22"/>
              </w:rPr>
              <w:t xml:space="preserve">The </w:t>
            </w:r>
            <w:r w:rsidRPr="00C07BAD">
              <w:rPr>
                <w:rFonts w:asciiTheme="minorBidi" w:hAnsiTheme="minorBidi"/>
                <w:b/>
                <w:sz w:val="22"/>
              </w:rPr>
              <w:t>thermal energy increases</w:t>
            </w:r>
            <w:r w:rsidRPr="00C07BAD">
              <w:rPr>
                <w:rFonts w:asciiTheme="minorBidi" w:hAnsiTheme="minorBidi"/>
                <w:sz w:val="22"/>
              </w:rPr>
              <w:t xml:space="preserve"> when ______________________________________________________</w:t>
            </w:r>
            <w:r w:rsidR="009A0B44">
              <w:rPr>
                <w:rFonts w:asciiTheme="minorBidi" w:hAnsiTheme="minorBidi"/>
                <w:sz w:val="22"/>
              </w:rPr>
              <w:t>.</w:t>
            </w:r>
          </w:p>
          <w:p w14:paraId="2FB68A2F" w14:textId="356168CE" w:rsidR="00BE5C45" w:rsidRPr="00C07BAD" w:rsidRDefault="00E06142">
            <w:pPr>
              <w:spacing w:after="120"/>
              <w:ind w:left="72"/>
              <w:rPr>
                <w:rFonts w:asciiTheme="minorBidi" w:hAnsiTheme="minorBidi"/>
                <w:sz w:val="22"/>
              </w:rPr>
            </w:pPr>
            <w:r w:rsidRPr="00C07BAD">
              <w:rPr>
                <w:rFonts w:asciiTheme="minorBidi" w:hAnsiTheme="minorBidi"/>
                <w:sz w:val="22"/>
              </w:rPr>
              <w:t xml:space="preserve">The </w:t>
            </w:r>
            <w:r w:rsidRPr="00C07BAD">
              <w:rPr>
                <w:rFonts w:asciiTheme="minorBidi" w:hAnsiTheme="minorBidi"/>
                <w:b/>
                <w:sz w:val="22"/>
              </w:rPr>
              <w:t>total amount of energy</w:t>
            </w:r>
            <w:r w:rsidRPr="00C07BAD">
              <w:rPr>
                <w:rFonts w:asciiTheme="minorBidi" w:hAnsiTheme="minorBidi"/>
                <w:sz w:val="22"/>
              </w:rPr>
              <w:t xml:space="preserve"> stays the ___________________________________________________</w:t>
            </w:r>
            <w:r w:rsidR="009A0B44">
              <w:rPr>
                <w:rFonts w:asciiTheme="minorBidi" w:hAnsiTheme="minorBidi"/>
                <w:sz w:val="22"/>
              </w:rPr>
              <w:t>.</w:t>
            </w:r>
          </w:p>
        </w:tc>
      </w:tr>
    </w:tbl>
    <w:p w14:paraId="2FB68A31" w14:textId="77777777" w:rsidR="00BE5C45" w:rsidRPr="00C07BAD" w:rsidRDefault="00BE5C45">
      <w:pPr>
        <w:spacing w:after="80"/>
        <w:rPr>
          <w:rFonts w:asciiTheme="minorBidi" w:hAnsiTheme="minorBidi"/>
          <w:sz w:val="22"/>
        </w:rPr>
      </w:pPr>
    </w:p>
    <w:p w14:paraId="2FB68A32" w14:textId="5A62855F" w:rsidR="00BE5C45" w:rsidRPr="00C07BAD" w:rsidRDefault="00E06142">
      <w:pPr>
        <w:spacing w:before="120" w:after="60"/>
        <w:rPr>
          <w:rFonts w:asciiTheme="minorBidi" w:hAnsiTheme="minorBidi"/>
          <w:sz w:val="22"/>
        </w:rPr>
      </w:pPr>
      <w:r w:rsidRPr="00C07BAD">
        <w:rPr>
          <w:rFonts w:asciiTheme="minorBidi" w:hAnsiTheme="minorBidi"/>
          <w:b/>
          <w:sz w:val="22"/>
        </w:rPr>
        <w:t>Answer our mystery: Where does the energy go when the roller coaster slows down and stops?</w:t>
      </w:r>
      <w:r w:rsidRPr="00C07BAD">
        <w:rPr>
          <w:rFonts w:asciiTheme="minorBidi" w:hAnsiTheme="minorBidi"/>
          <w:sz w:val="22"/>
        </w:rPr>
        <w:t xml:space="preserve"> Use your trial data as </w:t>
      </w:r>
      <w:r w:rsidR="00E10829" w:rsidRPr="00C07BAD">
        <w:rPr>
          <w:rFonts w:asciiTheme="minorBidi" w:hAnsiTheme="minorBidi"/>
          <w:sz w:val="22"/>
        </w:rPr>
        <w:t>evidence and</w:t>
      </w:r>
      <w:r w:rsidRPr="00C07BAD">
        <w:rPr>
          <w:rFonts w:asciiTheme="minorBidi" w:hAnsiTheme="minorBidi"/>
          <w:sz w:val="22"/>
        </w:rPr>
        <w:t xml:space="preserve"> explain how you know the </w:t>
      </w:r>
      <w:r w:rsidRPr="00C07BAD">
        <w:rPr>
          <w:rFonts w:asciiTheme="minorBidi" w:hAnsiTheme="minorBidi"/>
          <w:b/>
          <w:sz w:val="22"/>
        </w:rPr>
        <w:t>total energy</w:t>
      </w:r>
      <w:r w:rsidRPr="00C07BAD">
        <w:rPr>
          <w:rFonts w:asciiTheme="minorBidi" w:hAnsiTheme="minorBidi"/>
          <w:sz w:val="22"/>
        </w:rPr>
        <w:t xml:space="preserve"> is </w:t>
      </w:r>
      <w:r w:rsidRPr="00C07BAD">
        <w:rPr>
          <w:rFonts w:asciiTheme="minorBidi" w:hAnsiTheme="minorBidi"/>
          <w:i/>
          <w:sz w:val="22"/>
        </w:rPr>
        <w:t>conserved</w:t>
      </w:r>
      <w:r w:rsidRPr="00C07BAD">
        <w:rPr>
          <w:rFonts w:asciiTheme="minorBidi" w:hAnsiTheme="minorBidi"/>
          <w:sz w:val="22"/>
        </w:rPr>
        <w:t xml:space="preserve">. Use the words </w:t>
      </w:r>
      <w:r w:rsidRPr="00C07BAD">
        <w:rPr>
          <w:rFonts w:asciiTheme="minorBidi" w:hAnsiTheme="minorBidi"/>
          <w:b/>
          <w:sz w:val="22"/>
        </w:rPr>
        <w:t>potential energy, kinetic energy, thermal energy, friction,</w:t>
      </w:r>
      <w:r w:rsidRPr="00C07BAD">
        <w:rPr>
          <w:rFonts w:asciiTheme="minorBidi" w:hAnsiTheme="minorBidi"/>
          <w:sz w:val="22"/>
        </w:rPr>
        <w:t xml:space="preserve"> and </w:t>
      </w:r>
      <w:r w:rsidRPr="00C07BAD">
        <w:rPr>
          <w:rFonts w:asciiTheme="minorBidi" w:hAnsiTheme="minorBidi"/>
          <w:b/>
          <w:sz w:val="22"/>
        </w:rPr>
        <w:t>total energy</w:t>
      </w:r>
      <w:r w:rsidRPr="00C07BAD">
        <w:rPr>
          <w:rFonts w:asciiTheme="minorBidi" w:hAnsiTheme="minorBidi"/>
          <w:sz w:val="22"/>
        </w:rPr>
        <w:t xml:space="preserve"> in your answer.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072"/>
      </w:tblGrid>
      <w:tr w:rsidR="00BE5C45" w:rsidRPr="00C07BAD" w14:paraId="2FB68A34" w14:textId="77777777">
        <w:trPr>
          <w:trHeight w:val="2160"/>
        </w:trPr>
        <w:tc>
          <w:tcPr>
            <w:tcW w:w="9072" w:type="dxa"/>
            <w:tcBorders>
              <w:top w:val="single" w:sz="6" w:space="0" w:color="9BAAC0"/>
              <w:left w:val="single" w:sz="6" w:space="0" w:color="9BAAC0"/>
              <w:bottom w:val="single" w:sz="6" w:space="0" w:color="9BAAC0"/>
              <w:right w:val="single" w:sz="6" w:space="0" w:color="9BAAC0"/>
            </w:tcBorders>
          </w:tcPr>
          <w:p w14:paraId="2EE0DDCF" w14:textId="77777777" w:rsidR="00BE5C45" w:rsidRDefault="00BE5C45">
            <w:pPr>
              <w:rPr>
                <w:rFonts w:asciiTheme="minorBidi" w:hAnsiTheme="minorBidi"/>
                <w:sz w:val="22"/>
              </w:rPr>
            </w:pPr>
          </w:p>
          <w:p w14:paraId="320B3697" w14:textId="77777777" w:rsidR="00173931" w:rsidRDefault="00173931">
            <w:pPr>
              <w:rPr>
                <w:rFonts w:asciiTheme="minorBidi" w:hAnsiTheme="minorBidi"/>
                <w:sz w:val="22"/>
              </w:rPr>
            </w:pPr>
          </w:p>
          <w:p w14:paraId="1548680E" w14:textId="77777777" w:rsidR="00173931" w:rsidRDefault="00173931">
            <w:pPr>
              <w:rPr>
                <w:rFonts w:asciiTheme="minorBidi" w:hAnsiTheme="minorBidi"/>
                <w:sz w:val="22"/>
              </w:rPr>
            </w:pPr>
          </w:p>
          <w:p w14:paraId="687CBB2B" w14:textId="77777777" w:rsidR="00173931" w:rsidRDefault="00173931">
            <w:pPr>
              <w:rPr>
                <w:rFonts w:asciiTheme="minorBidi" w:hAnsiTheme="minorBidi"/>
                <w:sz w:val="22"/>
              </w:rPr>
            </w:pPr>
          </w:p>
          <w:p w14:paraId="73D60BD0" w14:textId="77777777" w:rsidR="00173931" w:rsidRDefault="00173931">
            <w:pPr>
              <w:rPr>
                <w:rFonts w:asciiTheme="minorBidi" w:hAnsiTheme="minorBidi"/>
                <w:sz w:val="22"/>
              </w:rPr>
            </w:pPr>
          </w:p>
          <w:p w14:paraId="3355DA86" w14:textId="77777777" w:rsidR="00173931" w:rsidRDefault="00173931">
            <w:pPr>
              <w:rPr>
                <w:rFonts w:asciiTheme="minorBidi" w:hAnsiTheme="minorBidi"/>
                <w:sz w:val="22"/>
              </w:rPr>
            </w:pPr>
          </w:p>
          <w:p w14:paraId="2FB68A33" w14:textId="77777777" w:rsidR="00173931" w:rsidRPr="00C07BAD" w:rsidRDefault="00173931">
            <w:pPr>
              <w:rPr>
                <w:rFonts w:asciiTheme="minorBidi" w:hAnsiTheme="minorBidi"/>
                <w:sz w:val="22"/>
              </w:rPr>
            </w:pPr>
          </w:p>
        </w:tc>
      </w:tr>
    </w:tbl>
    <w:p w14:paraId="2FB68A35" w14:textId="77777777" w:rsidR="00BE5C45" w:rsidRPr="00C07BAD" w:rsidRDefault="00BE5C45">
      <w:pPr>
        <w:spacing w:after="80"/>
        <w:rPr>
          <w:rFonts w:asciiTheme="minorBidi" w:hAnsiTheme="minorBidi"/>
          <w:sz w:val="22"/>
        </w:rPr>
      </w:pPr>
    </w:p>
    <w:sectPr w:rsidR="00BE5C45" w:rsidRPr="00C07BAD" w:rsidSect="0003461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152" w:right="1440" w:bottom="115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BF26420" w14:textId="77777777" w:rsidR="005B3CCE" w:rsidRDefault="005B3CCE" w:rsidP="009631AE">
      <w:pPr>
        <w:spacing w:after="0" w:line="240" w:lineRule="auto"/>
      </w:pPr>
      <w:r>
        <w:separator/>
      </w:r>
    </w:p>
  </w:endnote>
  <w:endnote w:type="continuationSeparator" w:id="0">
    <w:p w14:paraId="42DEDCBC" w14:textId="77777777" w:rsidR="005B3CCE" w:rsidRDefault="005B3CCE" w:rsidP="009631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Open Sans">
    <w:panose1 w:val="020B0606030504020204"/>
    <w:charset w:val="00"/>
    <w:family w:val="auto"/>
    <w:pitch w:val="variable"/>
    <w:sig w:usb0="E00002FF" w:usb1="4000201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36165FB" w14:textId="77777777" w:rsidR="00174900" w:rsidRDefault="0017490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6E9AD5B" w14:textId="36DDD774" w:rsidR="00E17E47" w:rsidRDefault="00E17E47" w:rsidP="00E17E47">
    <w:pPr>
      <w:tabs>
        <w:tab w:val="left" w:pos="6710"/>
      </w:tabs>
      <w:ind w:right="-720"/>
      <w:rPr>
        <w:rFonts w:ascii="Open Sans" w:eastAsia="Open Sans" w:hAnsi="Open Sans" w:cs="Open Sans"/>
        <w:color w:val="6091BA"/>
        <w:sz w:val="16"/>
        <w:szCs w:val="16"/>
      </w:rPr>
    </w:pPr>
    <w:r>
      <w:rPr>
        <w:rFonts w:ascii="Open Sans" w:eastAsia="Open Sans" w:hAnsi="Open Sans" w:cs="Open Sans"/>
        <w:noProof/>
        <w:sz w:val="20"/>
        <w:szCs w:val="20"/>
      </w:rPr>
      <w:drawing>
        <wp:inline distT="0" distB="0" distL="0" distR="0" wp14:anchorId="2759CAE0" wp14:editId="3AC8BB02">
          <wp:extent cx="5943600" cy="488162"/>
          <wp:effectExtent l="0" t="0" r="0" b="7620"/>
          <wp:docPr id="15205178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3" name="Picture 1"/>
                  <pic:cNvPicPr preferRelativeResize="0"/>
                </pic:nvPicPr>
                <pic:blipFill rotWithShape="1">
                  <a:blip r:embed="rId1"/>
                  <a:srcRect l="105" r="-356" b="3605"/>
                  <a:stretch/>
                </pic:blipFill>
                <pic:spPr bwMode="auto">
                  <a:xfrm>
                    <a:off x="0" y="0"/>
                    <a:ext cx="5943600" cy="48816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7939CA69" w14:textId="5FCFF917" w:rsidR="009631AE" w:rsidRPr="00E17E47" w:rsidRDefault="00E17E47" w:rsidP="00E17E47">
    <w:pPr>
      <w:tabs>
        <w:tab w:val="left" w:pos="6710"/>
      </w:tabs>
      <w:ind w:left="-720" w:right="-720"/>
      <w:rPr>
        <w:rFonts w:asciiTheme="minorBidi" w:eastAsia="Open Sans" w:hAnsiTheme="minorBidi"/>
        <w:color w:val="6091BA"/>
        <w:sz w:val="18"/>
        <w:szCs w:val="18"/>
      </w:rPr>
    </w:pPr>
    <w:r>
      <w:rPr>
        <w:rFonts w:ascii="Open Sans" w:eastAsia="Open Sans" w:hAnsi="Open Sans" w:cs="Open Sans"/>
        <w:color w:val="6091BA"/>
        <w:sz w:val="16"/>
        <w:szCs w:val="16"/>
      </w:rPr>
      <w:t xml:space="preserve">                   </w:t>
    </w:r>
    <w:r w:rsidR="00873D7D">
      <w:rPr>
        <w:rFonts w:asciiTheme="minorBidi" w:eastAsia="Open Sans" w:hAnsiTheme="minorBidi"/>
        <w:color w:val="6091BA"/>
        <w:sz w:val="18"/>
        <w:szCs w:val="18"/>
        <w:u w:val="single"/>
      </w:rPr>
      <w:t>PhET Roller Coaster Simulation</w:t>
    </w:r>
    <w:r w:rsidR="00AF684F">
      <w:rPr>
        <w:rFonts w:asciiTheme="minorBidi" w:eastAsia="Open Sans" w:hAnsiTheme="minorBidi"/>
        <w:color w:val="6091BA"/>
        <w:sz w:val="18"/>
        <w:szCs w:val="18"/>
        <w:u w:val="single"/>
      </w:rPr>
      <w:t>: Modeling Energy in a Coaster</w:t>
    </w:r>
    <w:r w:rsidRPr="00852CFF">
      <w:rPr>
        <w:rFonts w:asciiTheme="minorBidi" w:eastAsia="Open Sans" w:hAnsiTheme="minorBidi"/>
        <w:color w:val="6091BA"/>
        <w:sz w:val="18"/>
        <w:szCs w:val="18"/>
        <w:u w:val="single"/>
      </w:rPr>
      <w:t xml:space="preserve"> Activity – </w:t>
    </w:r>
    <w:r w:rsidR="00873D7D">
      <w:rPr>
        <w:rFonts w:asciiTheme="minorBidi" w:eastAsia="Open Sans" w:hAnsiTheme="minorBidi"/>
        <w:color w:val="6091BA"/>
        <w:sz w:val="18"/>
        <w:szCs w:val="18"/>
        <w:u w:val="single"/>
      </w:rPr>
      <w:t>PhET Roller Coaster Simulation</w:t>
    </w:r>
    <w:r w:rsidR="00873D7D" w:rsidRPr="00852CFF">
      <w:rPr>
        <w:rFonts w:asciiTheme="minorBidi" w:eastAsia="Open Sans" w:hAnsiTheme="minorBidi"/>
        <w:color w:val="6091BA"/>
        <w:sz w:val="18"/>
        <w:szCs w:val="18"/>
        <w:u w:val="single"/>
      </w:rPr>
      <w:t xml:space="preserve"> </w:t>
    </w:r>
    <w:r w:rsidRPr="00852CFF">
      <w:rPr>
        <w:rFonts w:asciiTheme="minorBidi" w:eastAsia="Open Sans" w:hAnsiTheme="minorBidi"/>
        <w:color w:val="6091BA"/>
        <w:sz w:val="18"/>
        <w:szCs w:val="18"/>
        <w:u w:val="single"/>
      </w:rPr>
      <w:t>Worksheet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E9E7BCE" w14:textId="77777777" w:rsidR="00174900" w:rsidRDefault="001749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5FE687B" w14:textId="77777777" w:rsidR="005B3CCE" w:rsidRDefault="005B3CCE" w:rsidP="009631AE">
      <w:pPr>
        <w:spacing w:after="0" w:line="240" w:lineRule="auto"/>
      </w:pPr>
      <w:r>
        <w:separator/>
      </w:r>
    </w:p>
  </w:footnote>
  <w:footnote w:type="continuationSeparator" w:id="0">
    <w:p w14:paraId="2D089026" w14:textId="77777777" w:rsidR="005B3CCE" w:rsidRDefault="005B3CCE" w:rsidP="009631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6919B56" w14:textId="77777777" w:rsidR="00174900" w:rsidRDefault="0017490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B9DE817" w14:textId="03611226" w:rsidR="009631AE" w:rsidRPr="009631AE" w:rsidRDefault="009631AE" w:rsidP="009631AE">
    <w:pPr>
      <w:tabs>
        <w:tab w:val="left" w:pos="5040"/>
        <w:tab w:val="left" w:pos="7876"/>
      </w:tabs>
      <w:spacing w:before="67"/>
      <w:ind w:right="2262"/>
      <w:rPr>
        <w:rFonts w:asciiTheme="minorBidi" w:hAnsiTheme="minorBidi"/>
        <w:b/>
        <w:bCs/>
      </w:rPr>
    </w:pPr>
    <w:r w:rsidRPr="009631AE">
      <w:rPr>
        <w:rFonts w:asciiTheme="minorBidi" w:hAnsiTheme="minorBidi"/>
        <w:b/>
        <w:bCs/>
        <w:color w:val="5F91B9"/>
      </w:rPr>
      <w:t xml:space="preserve">Name:                                                </w:t>
    </w:r>
    <w:r>
      <w:rPr>
        <w:rFonts w:asciiTheme="minorBidi" w:hAnsiTheme="minorBidi"/>
        <w:b/>
        <w:bCs/>
        <w:color w:val="5F91B9"/>
      </w:rPr>
      <w:t xml:space="preserve">     </w:t>
    </w:r>
    <w:r w:rsidRPr="009631AE">
      <w:rPr>
        <w:rFonts w:asciiTheme="minorBidi" w:hAnsiTheme="minorBidi"/>
        <w:b/>
        <w:bCs/>
        <w:color w:val="5F91B9"/>
      </w:rPr>
      <w:t xml:space="preserve">   </w:t>
    </w:r>
    <w:r w:rsidR="00174900">
      <w:rPr>
        <w:rFonts w:asciiTheme="minorBidi" w:hAnsiTheme="minorBidi"/>
        <w:b/>
        <w:bCs/>
        <w:color w:val="5F91B9"/>
      </w:rPr>
      <w:t xml:space="preserve">     </w:t>
    </w:r>
    <w:r w:rsidRPr="009631AE">
      <w:rPr>
        <w:rFonts w:asciiTheme="minorBidi" w:hAnsiTheme="minorBidi"/>
        <w:b/>
        <w:bCs/>
        <w:color w:val="5F91B9"/>
      </w:rPr>
      <w:t xml:space="preserve">Date:                             Class: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3A624E6" w14:textId="77777777" w:rsidR="00174900" w:rsidRDefault="0017490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58243871">
    <w:abstractNumId w:val="8"/>
  </w:num>
  <w:num w:numId="2" w16cid:durableId="1444618294">
    <w:abstractNumId w:val="6"/>
  </w:num>
  <w:num w:numId="3" w16cid:durableId="3947411">
    <w:abstractNumId w:val="5"/>
  </w:num>
  <w:num w:numId="4" w16cid:durableId="1398166440">
    <w:abstractNumId w:val="4"/>
  </w:num>
  <w:num w:numId="5" w16cid:durableId="1843007133">
    <w:abstractNumId w:val="7"/>
  </w:num>
  <w:num w:numId="6" w16cid:durableId="770589725">
    <w:abstractNumId w:val="3"/>
  </w:num>
  <w:num w:numId="7" w16cid:durableId="402996501">
    <w:abstractNumId w:val="2"/>
  </w:num>
  <w:num w:numId="8" w16cid:durableId="137459689">
    <w:abstractNumId w:val="1"/>
  </w:num>
  <w:num w:numId="9" w16cid:durableId="157130351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05DCD"/>
    <w:rsid w:val="0015074B"/>
    <w:rsid w:val="00166F8C"/>
    <w:rsid w:val="00173931"/>
    <w:rsid w:val="00174900"/>
    <w:rsid w:val="00217988"/>
    <w:rsid w:val="0029639D"/>
    <w:rsid w:val="00326F90"/>
    <w:rsid w:val="003A0D1C"/>
    <w:rsid w:val="003A17A2"/>
    <w:rsid w:val="005249EE"/>
    <w:rsid w:val="005B0208"/>
    <w:rsid w:val="005B3CCE"/>
    <w:rsid w:val="00607923"/>
    <w:rsid w:val="00814C1A"/>
    <w:rsid w:val="00873D7D"/>
    <w:rsid w:val="00950074"/>
    <w:rsid w:val="009631AE"/>
    <w:rsid w:val="009A0B44"/>
    <w:rsid w:val="00AA1D8D"/>
    <w:rsid w:val="00AF188C"/>
    <w:rsid w:val="00AF684F"/>
    <w:rsid w:val="00B47730"/>
    <w:rsid w:val="00BD003B"/>
    <w:rsid w:val="00BE5C45"/>
    <w:rsid w:val="00C07BAD"/>
    <w:rsid w:val="00C430FD"/>
    <w:rsid w:val="00C530FD"/>
    <w:rsid w:val="00CB0664"/>
    <w:rsid w:val="00CD5C86"/>
    <w:rsid w:val="00E06142"/>
    <w:rsid w:val="00E10829"/>
    <w:rsid w:val="00E15B78"/>
    <w:rsid w:val="00E17E47"/>
    <w:rsid w:val="00E4779F"/>
    <w:rsid w:val="00E664F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FB689C6"/>
  <w14:defaultImageDpi w14:val="330"/>
  <w15:docId w15:val="{D34BAAC2-74AC-43F4-9293-9522B3BCC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60792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079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het.colorado.edu/en/simulations/energy-skate-park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21B90AC-D1AC-4428-8249-1F16D43909C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ded8b1b-070d-4629-82e4-c0b019f46057}" enabled="0" method="" siteId="{3ded8b1b-070d-4629-82e4-c0b019f4605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542</Words>
  <Characters>3095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3630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Beth McElroy</cp:lastModifiedBy>
  <cp:revision>20</cp:revision>
  <dcterms:created xsi:type="dcterms:W3CDTF">2026-07-09T01:44:00Z</dcterms:created>
  <dcterms:modified xsi:type="dcterms:W3CDTF">2026-10-27T14:17:00Z</dcterms:modified>
  <cp:category/>
</cp:coreProperties>
</file>